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E169E" w14:textId="77777777" w:rsidR="0065650F" w:rsidRDefault="0065650F" w:rsidP="0065650F">
      <w:pPr>
        <w:spacing w:after="200"/>
        <w:jc w:val="center"/>
        <w:rPr>
          <w:b/>
          <w:bCs/>
        </w:rPr>
      </w:pPr>
    </w:p>
    <w:p w14:paraId="681909BB" w14:textId="77777777" w:rsidR="0065650F" w:rsidRDefault="0065650F" w:rsidP="0065650F">
      <w:pPr>
        <w:spacing w:after="200"/>
        <w:jc w:val="center"/>
        <w:rPr>
          <w:b/>
          <w:bCs/>
        </w:rPr>
      </w:pPr>
    </w:p>
    <w:p w14:paraId="7D1EFB69" w14:textId="77777777" w:rsidR="0065650F" w:rsidRDefault="0065650F" w:rsidP="0065650F">
      <w:pPr>
        <w:spacing w:after="200"/>
        <w:jc w:val="center"/>
        <w:rPr>
          <w:b/>
          <w:bCs/>
        </w:rPr>
      </w:pPr>
    </w:p>
    <w:p w14:paraId="19F4E86E" w14:textId="77777777" w:rsidR="0065650F" w:rsidRDefault="0065650F" w:rsidP="0065650F">
      <w:pPr>
        <w:spacing w:after="200"/>
        <w:jc w:val="center"/>
        <w:rPr>
          <w:b/>
          <w:bCs/>
        </w:rPr>
      </w:pPr>
    </w:p>
    <w:p w14:paraId="133DEA1C" w14:textId="77777777" w:rsidR="0065650F" w:rsidRDefault="0065650F" w:rsidP="0065650F">
      <w:pPr>
        <w:spacing w:after="200"/>
        <w:jc w:val="center"/>
        <w:rPr>
          <w:b/>
          <w:bCs/>
        </w:rPr>
      </w:pPr>
    </w:p>
    <w:p w14:paraId="5D57526D" w14:textId="77777777" w:rsidR="0065650F" w:rsidRDefault="0065650F" w:rsidP="0065650F">
      <w:pPr>
        <w:spacing w:after="200"/>
        <w:jc w:val="center"/>
        <w:rPr>
          <w:b/>
          <w:bCs/>
        </w:rPr>
      </w:pPr>
    </w:p>
    <w:p w14:paraId="3C82848E" w14:textId="77777777" w:rsidR="0065650F" w:rsidRDefault="0065650F" w:rsidP="0065650F">
      <w:pPr>
        <w:spacing w:after="200"/>
        <w:jc w:val="center"/>
        <w:rPr>
          <w:b/>
          <w:bCs/>
        </w:rPr>
      </w:pPr>
    </w:p>
    <w:p w14:paraId="5E152DC6" w14:textId="77777777" w:rsidR="0065650F" w:rsidRDefault="0065650F" w:rsidP="0065650F">
      <w:pPr>
        <w:spacing w:after="200"/>
        <w:jc w:val="center"/>
        <w:rPr>
          <w:b/>
          <w:bCs/>
        </w:rPr>
      </w:pPr>
    </w:p>
    <w:p w14:paraId="5E02F3ED" w14:textId="77777777" w:rsidR="0065650F" w:rsidRDefault="0065650F" w:rsidP="0065650F">
      <w:pPr>
        <w:spacing w:after="200"/>
        <w:jc w:val="center"/>
        <w:rPr>
          <w:b/>
          <w:bCs/>
        </w:rPr>
      </w:pPr>
    </w:p>
    <w:p w14:paraId="75C3CBC9" w14:textId="77777777" w:rsidR="0065650F" w:rsidRDefault="0065650F" w:rsidP="0065650F">
      <w:pPr>
        <w:spacing w:after="200"/>
        <w:jc w:val="center"/>
        <w:rPr>
          <w:b/>
          <w:bCs/>
        </w:rPr>
      </w:pPr>
    </w:p>
    <w:p w14:paraId="6FAC25C4" w14:textId="3254AED4" w:rsidR="0065650F" w:rsidRPr="0065650F" w:rsidRDefault="0065650F" w:rsidP="0065650F">
      <w:pPr>
        <w:spacing w:after="200"/>
        <w:jc w:val="center"/>
      </w:pPr>
      <w:r w:rsidRPr="0065650F">
        <w:rPr>
          <w:b/>
          <w:bCs/>
          <w:sz w:val="48"/>
          <w:szCs w:val="48"/>
        </w:rPr>
        <w:t>AI FOR PRESENTATIONS</w:t>
      </w:r>
      <w:r w:rsidRPr="0065650F">
        <w:br/>
      </w:r>
      <w:r w:rsidRPr="0065650F">
        <w:rPr>
          <w:b/>
          <w:bCs/>
        </w:rPr>
        <w:t>Course Proposal and Syllabus Packet</w:t>
      </w:r>
    </w:p>
    <w:p w14:paraId="3A31CDDC" w14:textId="77777777" w:rsidR="0065650F" w:rsidRPr="0065650F" w:rsidRDefault="0065650F" w:rsidP="0065650F">
      <w:pPr>
        <w:spacing w:after="200"/>
        <w:jc w:val="center"/>
      </w:pPr>
      <w:r w:rsidRPr="0065650F">
        <w:rPr>
          <w:b/>
          <w:bCs/>
        </w:rPr>
        <w:t>Prepared for:</w:t>
      </w:r>
      <w:r w:rsidRPr="0065650F">
        <w:br/>
      </w:r>
      <w:r w:rsidRPr="0065650F">
        <w:rPr>
          <w:b/>
          <w:bCs/>
        </w:rPr>
        <w:t>Dr. Lloyd Willis</w:t>
      </w:r>
      <w:r w:rsidRPr="0065650F">
        <w:br/>
        <w:t>Dean, College of Business and Technology</w:t>
      </w:r>
    </w:p>
    <w:p w14:paraId="23B33BED" w14:textId="77777777" w:rsidR="0065650F" w:rsidRPr="0065650F" w:rsidRDefault="0065650F" w:rsidP="0065650F">
      <w:pPr>
        <w:spacing w:after="200"/>
        <w:jc w:val="center"/>
      </w:pPr>
      <w:r w:rsidRPr="0065650F">
        <w:rPr>
          <w:b/>
          <w:bCs/>
        </w:rPr>
        <w:t>Prepared by:</w:t>
      </w:r>
      <w:r w:rsidRPr="0065650F">
        <w:br/>
      </w:r>
      <w:r w:rsidRPr="0065650F">
        <w:rPr>
          <w:b/>
          <w:bCs/>
        </w:rPr>
        <w:t>Dr. J.K. Genesis Mitchell</w:t>
      </w:r>
      <w:r w:rsidRPr="0065650F">
        <w:br/>
        <w:t>Assistant Professor of Management</w:t>
      </w:r>
      <w:r w:rsidRPr="0065650F">
        <w:br/>
        <w:t>Lander University</w:t>
      </w:r>
    </w:p>
    <w:p w14:paraId="2E0EC61F" w14:textId="77777777" w:rsidR="0065650F" w:rsidRPr="0065650F" w:rsidRDefault="0065650F" w:rsidP="0065650F">
      <w:pPr>
        <w:spacing w:after="200"/>
        <w:jc w:val="center"/>
      </w:pPr>
      <w:r w:rsidRPr="0065650F">
        <w:rPr>
          <w:b/>
          <w:bCs/>
        </w:rPr>
        <w:t>Date:</w:t>
      </w:r>
      <w:r w:rsidRPr="0065650F">
        <w:br/>
        <w:t>April 8, 2026</w:t>
      </w:r>
    </w:p>
    <w:p w14:paraId="1F065526" w14:textId="77777777" w:rsidR="0065650F" w:rsidRDefault="0065650F">
      <w:pPr>
        <w:spacing w:after="200"/>
      </w:pPr>
      <w:r>
        <w:br w:type="page"/>
      </w:r>
    </w:p>
    <w:p w14:paraId="000166F2" w14:textId="77777777" w:rsidR="0073415A" w:rsidRPr="00A743CB" w:rsidRDefault="0073415A" w:rsidP="0073415A">
      <w:pPr>
        <w:spacing w:after="200"/>
        <w:rPr>
          <w:rFonts w:cs="Times New Roman"/>
          <w:szCs w:val="24"/>
        </w:rPr>
      </w:pPr>
      <w:r>
        <w:lastRenderedPageBreak/>
        <w:t>Dear Drs. Willis, Moore, &amp; Houston,</w:t>
      </w:r>
    </w:p>
    <w:p w14:paraId="50D6F401" w14:textId="77777777" w:rsidR="0073415A" w:rsidRDefault="0073415A" w:rsidP="0073415A">
      <w:pPr>
        <w:pStyle w:val="NormalWeb"/>
      </w:pPr>
      <w:r>
        <w:t>I am writing to propose developing a course titled AI for Presentations, a practical, forward-</w:t>
      </w:r>
      <w:proofErr w:type="gramStart"/>
      <w:r>
        <w:t>looking offering</w:t>
      </w:r>
      <w:proofErr w:type="gramEnd"/>
      <w:r>
        <w:t xml:space="preserve"> designed to address two increasingly important areas of student development: effective communication and responsible artificial intelligence literacy.</w:t>
      </w:r>
    </w:p>
    <w:p w14:paraId="615BBD01" w14:textId="77777777" w:rsidR="0073415A" w:rsidRDefault="0073415A" w:rsidP="0073415A">
      <w:pPr>
        <w:pStyle w:val="NormalWeb"/>
      </w:pPr>
      <w:r>
        <w:t>As artificial intelligence continues to reshape academic, professional, and organizational environments, it is becoming clear that students need more than exposure to these tools. They must also learn how to use them thoughtfully, strategically, and ethically. At the same time, many students continue to struggle with public speaking, presentation design, organization of ideas, audience awareness, and professional delivery. These communication-related soft skills remain among the most important competencies for long-term student success, yet they are often underdeveloped.</w:t>
      </w:r>
    </w:p>
    <w:p w14:paraId="176EB39F" w14:textId="77777777" w:rsidR="0073415A" w:rsidRDefault="0073415A" w:rsidP="0073415A">
      <w:pPr>
        <w:pStyle w:val="NormalWeb"/>
      </w:pPr>
      <w:r>
        <w:t xml:space="preserve">This proposed course is designed to address both needs in an integrated, highly applied manner. </w:t>
      </w:r>
      <w:r>
        <w:rPr>
          <w:rStyle w:val="Strong"/>
        </w:rPr>
        <w:t>AI for Presentations</w:t>
      </w:r>
      <w:r>
        <w:t xml:space="preserve"> would teach students how to use AI tools to brainstorm, outline, refine, and efficiently build presentations, while also requiring them to develop the human capabilities that technology cannot replace. In particular, the course would emphasize soft skills such as verbal clarity, confidence, professionalism, adaptability, teamwork, audience awareness, and the ability to communicate effectively under time constraints.</w:t>
      </w:r>
    </w:p>
    <w:p w14:paraId="0CED8F97" w14:textId="77777777" w:rsidR="0073415A" w:rsidRDefault="0073415A" w:rsidP="0073415A">
      <w:pPr>
        <w:pStyle w:val="NormalWeb"/>
      </w:pPr>
      <w:r>
        <w:t>The structure of the course is intentionally performance-based. Students would complete 10 presentations during the semester, including 5 individual and 5 team presentations, with 1 class meeting each week dedicated to live presentations. The course would culminate in a final in-class presentation examination in which students are assigned a topic, use AI to prepare under a limited time, and then deliver a 10-minute presentation. By the end of the course, students would be expected to demonstrate the ability to build and deliver a coherent presentation within one hour.</w:t>
      </w:r>
    </w:p>
    <w:p w14:paraId="10AA4982" w14:textId="77777777" w:rsidR="0073415A" w:rsidRDefault="0073415A" w:rsidP="0073415A">
      <w:pPr>
        <w:pStyle w:val="NormalWeb"/>
      </w:pPr>
      <w:r>
        <w:t>I believe this course would make a meaningful contribution to the curriculum because it is timely, practical, and closely aligned with workforce readiness. Employers continue to seek graduates who can communicate clearly, think critically, collaborate effectively, and present themselves with confidence and professionalism. This course would directly support the development of those competencies while also helping students engage responsibly with a technology that is increasingly shaping how work is performed.</w:t>
      </w:r>
    </w:p>
    <w:p w14:paraId="6FD2B5CC" w14:textId="77777777" w:rsidR="0073415A" w:rsidRDefault="0073415A" w:rsidP="0073415A">
      <w:pPr>
        <w:pStyle w:val="NormalWeb"/>
      </w:pPr>
      <w:r>
        <w:t>Importantly, this course would not position AI as a shortcut or replacement for effort. Rather, it would frame AI as an assistant, while maintaining student responsibility for judgment, accuracy, delivery, and quality. In that respect, the course is not simply about presentations or technology in isolation. It is about preparing students to communicate effectively and professionally in a world where AI is becoming a permanent part of the landscape.</w:t>
      </w:r>
    </w:p>
    <w:p w14:paraId="01954E72" w14:textId="77777777" w:rsidR="0073415A" w:rsidRDefault="0073415A" w:rsidP="0073415A">
      <w:pPr>
        <w:pStyle w:val="NormalWeb"/>
      </w:pPr>
      <w:r>
        <w:t xml:space="preserve">For these reasons, I believe </w:t>
      </w:r>
      <w:r>
        <w:rPr>
          <w:rStyle w:val="Strong"/>
        </w:rPr>
        <w:t>AI for Presentations</w:t>
      </w:r>
      <w:r>
        <w:t xml:space="preserve"> would be a valuable addition to our offerings and provide students with a distinctive combination of practical skill development, soft-skills training, and applied AI fluency.</w:t>
      </w:r>
    </w:p>
    <w:p w14:paraId="57EF1E4A" w14:textId="77777777" w:rsidR="0073415A" w:rsidRDefault="0073415A" w:rsidP="0073415A">
      <w:pPr>
        <w:pStyle w:val="NormalWeb"/>
      </w:pPr>
      <w:r>
        <w:t>Sincerely,</w:t>
      </w:r>
      <w:r>
        <w:br/>
      </w:r>
      <w:r>
        <w:rPr>
          <w:rStyle w:val="Strong"/>
        </w:rPr>
        <w:t>Dr. J.K. Genesis Mitchell</w:t>
      </w:r>
    </w:p>
    <w:p w14:paraId="488DB910" w14:textId="77777777" w:rsidR="0073415A" w:rsidRDefault="0073415A">
      <w:pPr>
        <w:spacing w:after="200"/>
        <w:rPr>
          <w:rFonts w:cs="Times New Roman"/>
          <w:szCs w:val="24"/>
        </w:rPr>
      </w:pPr>
      <w:r>
        <w:rPr>
          <w:rFonts w:cs="Times New Roman"/>
          <w:szCs w:val="24"/>
        </w:rPr>
        <w:br w:type="page"/>
      </w:r>
    </w:p>
    <w:p w14:paraId="084B8F28" w14:textId="4F033178" w:rsidR="0065650F" w:rsidRPr="0065650F" w:rsidRDefault="0065650F" w:rsidP="0065650F">
      <w:pPr>
        <w:spacing w:after="0" w:line="240" w:lineRule="auto"/>
        <w:rPr>
          <w:rFonts w:cs="Times New Roman"/>
          <w:szCs w:val="24"/>
        </w:rPr>
      </w:pPr>
      <w:r w:rsidRPr="0065650F">
        <w:rPr>
          <w:rFonts w:cs="Times New Roman"/>
          <w:szCs w:val="24"/>
        </w:rPr>
        <w:lastRenderedPageBreak/>
        <w:pict w14:anchorId="4BD552B9">
          <v:rect id="_x0000_i1120" style="width:0;height:1.5pt" o:hralign="center" o:hrstd="t" o:hr="t" fillcolor="#a0a0a0" stroked="f"/>
        </w:pict>
      </w:r>
    </w:p>
    <w:p w14:paraId="55BFA083" w14:textId="77777777" w:rsidR="0065650F" w:rsidRPr="0065650F" w:rsidRDefault="0065650F" w:rsidP="0065650F">
      <w:pPr>
        <w:spacing w:before="100" w:beforeAutospacing="1" w:after="100" w:afterAutospacing="1" w:line="240" w:lineRule="auto"/>
        <w:outlineLvl w:val="0"/>
        <w:rPr>
          <w:rFonts w:cs="Times New Roman"/>
          <w:b/>
          <w:bCs/>
          <w:kern w:val="36"/>
          <w:sz w:val="48"/>
          <w:szCs w:val="48"/>
        </w:rPr>
      </w:pPr>
      <w:r w:rsidRPr="0065650F">
        <w:rPr>
          <w:rFonts w:cs="Times New Roman"/>
          <w:b/>
          <w:bCs/>
          <w:kern w:val="36"/>
          <w:sz w:val="48"/>
          <w:szCs w:val="48"/>
        </w:rPr>
        <w:t>AI FOR PRESENTATIONS</w:t>
      </w:r>
    </w:p>
    <w:p w14:paraId="337D9729" w14:textId="77777777" w:rsidR="0065650F" w:rsidRPr="0065650F" w:rsidRDefault="0065650F" w:rsidP="0065650F">
      <w:pPr>
        <w:spacing w:before="100" w:beforeAutospacing="1" w:after="100" w:afterAutospacing="1" w:line="240" w:lineRule="auto"/>
        <w:outlineLvl w:val="2"/>
        <w:rPr>
          <w:rFonts w:cs="Times New Roman"/>
          <w:b/>
          <w:bCs/>
          <w:sz w:val="27"/>
          <w:szCs w:val="27"/>
        </w:rPr>
      </w:pPr>
      <w:r w:rsidRPr="0065650F">
        <w:rPr>
          <w:rFonts w:cs="Times New Roman"/>
          <w:b/>
          <w:bCs/>
          <w:sz w:val="27"/>
          <w:szCs w:val="27"/>
        </w:rPr>
        <w:t>One-Page Course Brief</w:t>
      </w:r>
    </w:p>
    <w:p w14:paraId="741CC400" w14:textId="77777777" w:rsidR="0065650F" w:rsidRPr="0065650F" w:rsidRDefault="0065650F" w:rsidP="0065650F">
      <w:pPr>
        <w:spacing w:before="100" w:beforeAutospacing="1" w:after="100" w:afterAutospacing="1" w:line="240" w:lineRule="auto"/>
        <w:rPr>
          <w:rFonts w:cs="Times New Roman"/>
          <w:szCs w:val="24"/>
        </w:rPr>
      </w:pPr>
      <w:r w:rsidRPr="0065650F">
        <w:rPr>
          <w:rFonts w:cs="Times New Roman"/>
          <w:b/>
          <w:bCs/>
          <w:szCs w:val="24"/>
        </w:rPr>
        <w:t>Prepared by:</w:t>
      </w:r>
      <w:r w:rsidRPr="0065650F">
        <w:rPr>
          <w:rFonts w:cs="Times New Roman"/>
          <w:szCs w:val="24"/>
        </w:rPr>
        <w:t xml:space="preserve"> Dr. J.K. Genesis Mitchell</w:t>
      </w:r>
      <w:r w:rsidRPr="0065650F">
        <w:rPr>
          <w:rFonts w:cs="Times New Roman"/>
          <w:szCs w:val="24"/>
        </w:rPr>
        <w:br/>
      </w:r>
      <w:r w:rsidRPr="0065650F">
        <w:rPr>
          <w:rFonts w:cs="Times New Roman"/>
          <w:b/>
          <w:bCs/>
          <w:szCs w:val="24"/>
        </w:rPr>
        <w:t>Prepared for:</w:t>
      </w:r>
      <w:r w:rsidRPr="0065650F">
        <w:rPr>
          <w:rFonts w:cs="Times New Roman"/>
          <w:szCs w:val="24"/>
        </w:rPr>
        <w:t xml:space="preserve"> Dr. Lloyd Willis</w:t>
      </w:r>
      <w:r w:rsidRPr="0065650F">
        <w:rPr>
          <w:rFonts w:cs="Times New Roman"/>
          <w:szCs w:val="24"/>
        </w:rPr>
        <w:br/>
      </w:r>
      <w:r w:rsidRPr="0065650F">
        <w:rPr>
          <w:rFonts w:cs="Times New Roman"/>
          <w:b/>
          <w:bCs/>
          <w:szCs w:val="24"/>
        </w:rPr>
        <w:t>Date:</w:t>
      </w:r>
      <w:r w:rsidRPr="0065650F">
        <w:rPr>
          <w:rFonts w:cs="Times New Roman"/>
          <w:szCs w:val="24"/>
        </w:rPr>
        <w:t xml:space="preserve"> April 8, 2026</w:t>
      </w:r>
    </w:p>
    <w:p w14:paraId="0E98387A" w14:textId="77777777" w:rsidR="0065650F" w:rsidRPr="0065650F" w:rsidRDefault="0065650F" w:rsidP="0065650F">
      <w:pPr>
        <w:spacing w:before="100" w:beforeAutospacing="1" w:after="100" w:afterAutospacing="1" w:line="240" w:lineRule="auto"/>
        <w:outlineLvl w:val="1"/>
        <w:rPr>
          <w:rFonts w:cs="Times New Roman"/>
          <w:b/>
          <w:bCs/>
          <w:sz w:val="36"/>
          <w:szCs w:val="36"/>
        </w:rPr>
      </w:pPr>
      <w:r w:rsidRPr="0065650F">
        <w:rPr>
          <w:rFonts w:cs="Times New Roman"/>
          <w:b/>
          <w:bCs/>
          <w:sz w:val="36"/>
          <w:szCs w:val="36"/>
        </w:rPr>
        <w:t>What This Course Is</w:t>
      </w:r>
    </w:p>
    <w:p w14:paraId="00BB5932" w14:textId="77777777" w:rsidR="0065650F" w:rsidRPr="0065650F" w:rsidRDefault="0065650F" w:rsidP="0065650F">
      <w:pPr>
        <w:spacing w:before="100" w:beforeAutospacing="1" w:after="100" w:afterAutospacing="1" w:line="240" w:lineRule="auto"/>
        <w:rPr>
          <w:rFonts w:cs="Times New Roman"/>
          <w:szCs w:val="24"/>
        </w:rPr>
      </w:pPr>
      <w:r w:rsidRPr="0065650F">
        <w:rPr>
          <w:rFonts w:cs="Times New Roman"/>
          <w:b/>
          <w:bCs/>
          <w:szCs w:val="24"/>
        </w:rPr>
        <w:t>AI for Presentations</w:t>
      </w:r>
      <w:r w:rsidRPr="0065650F">
        <w:rPr>
          <w:rFonts w:cs="Times New Roman"/>
          <w:szCs w:val="24"/>
        </w:rPr>
        <w:t xml:space="preserve"> is a practical, performance-based course that teaches students how to use artificial intelligence to create, refine, and deliver effective presentations. The course combines </w:t>
      </w:r>
      <w:r w:rsidRPr="0065650F">
        <w:rPr>
          <w:rFonts w:cs="Times New Roman"/>
          <w:b/>
          <w:bCs/>
          <w:szCs w:val="24"/>
        </w:rPr>
        <w:t>AI literacy</w:t>
      </w:r>
      <w:r w:rsidRPr="0065650F">
        <w:rPr>
          <w:rFonts w:cs="Times New Roman"/>
          <w:szCs w:val="24"/>
        </w:rPr>
        <w:t xml:space="preserve"> with </w:t>
      </w:r>
      <w:r w:rsidRPr="0065650F">
        <w:rPr>
          <w:rFonts w:cs="Times New Roman"/>
          <w:b/>
          <w:bCs/>
          <w:szCs w:val="24"/>
        </w:rPr>
        <w:t>soft skills development</w:t>
      </w:r>
      <w:r w:rsidRPr="0065650F">
        <w:rPr>
          <w:rFonts w:cs="Times New Roman"/>
          <w:szCs w:val="24"/>
        </w:rPr>
        <w:t>, especially public speaking, confidence, professionalism, teamwork, and communication under pressure.</w:t>
      </w:r>
    </w:p>
    <w:p w14:paraId="2E598179" w14:textId="77777777" w:rsidR="0065650F" w:rsidRPr="0065650F" w:rsidRDefault="0065650F" w:rsidP="0065650F">
      <w:pPr>
        <w:spacing w:before="100" w:beforeAutospacing="1" w:after="100" w:afterAutospacing="1" w:line="240" w:lineRule="auto"/>
        <w:outlineLvl w:val="1"/>
        <w:rPr>
          <w:rFonts w:cs="Times New Roman"/>
          <w:b/>
          <w:bCs/>
          <w:sz w:val="36"/>
          <w:szCs w:val="36"/>
        </w:rPr>
      </w:pPr>
      <w:r w:rsidRPr="0065650F">
        <w:rPr>
          <w:rFonts w:cs="Times New Roman"/>
          <w:b/>
          <w:bCs/>
          <w:sz w:val="36"/>
          <w:szCs w:val="36"/>
        </w:rPr>
        <w:t>Why This Course Is Needed</w:t>
      </w:r>
    </w:p>
    <w:p w14:paraId="3AC8BC2D" w14:textId="77777777" w:rsidR="0065650F" w:rsidRPr="0065650F" w:rsidRDefault="0065650F" w:rsidP="0065650F">
      <w:pPr>
        <w:spacing w:before="100" w:beforeAutospacing="1" w:after="100" w:afterAutospacing="1" w:line="240" w:lineRule="auto"/>
        <w:rPr>
          <w:rFonts w:cs="Times New Roman"/>
          <w:szCs w:val="24"/>
        </w:rPr>
      </w:pPr>
      <w:r w:rsidRPr="0065650F">
        <w:rPr>
          <w:rFonts w:cs="Times New Roman"/>
          <w:szCs w:val="24"/>
        </w:rPr>
        <w:t>Students increasingly have access to AI tools, but many still struggle with:</w:t>
      </w:r>
    </w:p>
    <w:p w14:paraId="41E7D8AF" w14:textId="77777777" w:rsidR="0065650F" w:rsidRPr="0065650F" w:rsidRDefault="0065650F" w:rsidP="0065650F">
      <w:pPr>
        <w:numPr>
          <w:ilvl w:val="0"/>
          <w:numId w:val="18"/>
        </w:numPr>
        <w:spacing w:before="100" w:beforeAutospacing="1" w:after="100" w:afterAutospacing="1" w:line="240" w:lineRule="auto"/>
        <w:rPr>
          <w:rFonts w:cs="Times New Roman"/>
          <w:szCs w:val="24"/>
        </w:rPr>
      </w:pPr>
      <w:r w:rsidRPr="0065650F">
        <w:rPr>
          <w:rFonts w:cs="Times New Roman"/>
          <w:szCs w:val="24"/>
        </w:rPr>
        <w:t>public speaking</w:t>
      </w:r>
    </w:p>
    <w:p w14:paraId="76709AEC" w14:textId="77777777" w:rsidR="0065650F" w:rsidRPr="0065650F" w:rsidRDefault="0065650F" w:rsidP="0065650F">
      <w:pPr>
        <w:numPr>
          <w:ilvl w:val="0"/>
          <w:numId w:val="18"/>
        </w:numPr>
        <w:spacing w:before="100" w:beforeAutospacing="1" w:after="100" w:afterAutospacing="1" w:line="240" w:lineRule="auto"/>
        <w:rPr>
          <w:rFonts w:cs="Times New Roman"/>
          <w:szCs w:val="24"/>
        </w:rPr>
      </w:pPr>
      <w:r w:rsidRPr="0065650F">
        <w:rPr>
          <w:rFonts w:cs="Times New Roman"/>
          <w:szCs w:val="24"/>
        </w:rPr>
        <w:t>presentation anxiety</w:t>
      </w:r>
    </w:p>
    <w:p w14:paraId="58F43868" w14:textId="77777777" w:rsidR="0065650F" w:rsidRPr="0065650F" w:rsidRDefault="0065650F" w:rsidP="0065650F">
      <w:pPr>
        <w:numPr>
          <w:ilvl w:val="0"/>
          <w:numId w:val="18"/>
        </w:numPr>
        <w:spacing w:before="100" w:beforeAutospacing="1" w:after="100" w:afterAutospacing="1" w:line="240" w:lineRule="auto"/>
        <w:rPr>
          <w:rFonts w:cs="Times New Roman"/>
          <w:szCs w:val="24"/>
        </w:rPr>
      </w:pPr>
      <w:r w:rsidRPr="0065650F">
        <w:rPr>
          <w:rFonts w:cs="Times New Roman"/>
          <w:szCs w:val="24"/>
        </w:rPr>
        <w:t>slide design</w:t>
      </w:r>
    </w:p>
    <w:p w14:paraId="2C24E48B" w14:textId="77777777" w:rsidR="0065650F" w:rsidRPr="0065650F" w:rsidRDefault="0065650F" w:rsidP="0065650F">
      <w:pPr>
        <w:numPr>
          <w:ilvl w:val="0"/>
          <w:numId w:val="18"/>
        </w:numPr>
        <w:spacing w:before="100" w:beforeAutospacing="1" w:after="100" w:afterAutospacing="1" w:line="240" w:lineRule="auto"/>
        <w:rPr>
          <w:rFonts w:cs="Times New Roman"/>
          <w:szCs w:val="24"/>
        </w:rPr>
      </w:pPr>
      <w:r w:rsidRPr="0065650F">
        <w:rPr>
          <w:rFonts w:cs="Times New Roman"/>
          <w:szCs w:val="24"/>
        </w:rPr>
        <w:t>organizing ideas clearly</w:t>
      </w:r>
    </w:p>
    <w:p w14:paraId="1E607E84" w14:textId="77777777" w:rsidR="0065650F" w:rsidRPr="0065650F" w:rsidRDefault="0065650F" w:rsidP="0065650F">
      <w:pPr>
        <w:numPr>
          <w:ilvl w:val="0"/>
          <w:numId w:val="18"/>
        </w:numPr>
        <w:spacing w:before="100" w:beforeAutospacing="1" w:after="100" w:afterAutospacing="1" w:line="240" w:lineRule="auto"/>
        <w:rPr>
          <w:rFonts w:cs="Times New Roman"/>
          <w:szCs w:val="24"/>
        </w:rPr>
      </w:pPr>
      <w:r w:rsidRPr="0065650F">
        <w:rPr>
          <w:rFonts w:cs="Times New Roman"/>
          <w:szCs w:val="24"/>
        </w:rPr>
        <w:t>professional communication</w:t>
      </w:r>
    </w:p>
    <w:p w14:paraId="76E25582" w14:textId="77777777" w:rsidR="0065650F" w:rsidRPr="0065650F" w:rsidRDefault="0065650F" w:rsidP="0065650F">
      <w:pPr>
        <w:numPr>
          <w:ilvl w:val="0"/>
          <w:numId w:val="18"/>
        </w:numPr>
        <w:spacing w:before="100" w:beforeAutospacing="1" w:after="100" w:afterAutospacing="1" w:line="240" w:lineRule="auto"/>
        <w:rPr>
          <w:rFonts w:cs="Times New Roman"/>
          <w:szCs w:val="24"/>
        </w:rPr>
      </w:pPr>
      <w:r w:rsidRPr="0065650F">
        <w:rPr>
          <w:rFonts w:cs="Times New Roman"/>
          <w:szCs w:val="24"/>
        </w:rPr>
        <w:t>speaking with confidence in front of others</w:t>
      </w:r>
    </w:p>
    <w:p w14:paraId="63F747F9" w14:textId="77777777" w:rsidR="0065650F" w:rsidRPr="0065650F" w:rsidRDefault="0065650F" w:rsidP="0065650F">
      <w:pPr>
        <w:spacing w:before="100" w:beforeAutospacing="1" w:after="100" w:afterAutospacing="1" w:line="240" w:lineRule="auto"/>
        <w:rPr>
          <w:rFonts w:cs="Times New Roman"/>
          <w:szCs w:val="24"/>
        </w:rPr>
      </w:pPr>
      <w:r w:rsidRPr="0065650F">
        <w:rPr>
          <w:rFonts w:cs="Times New Roman"/>
          <w:szCs w:val="24"/>
        </w:rPr>
        <w:t>This course addresses both problems at once: it teaches students how to use AI well while developing the human communication skills that employers still value most.</w:t>
      </w:r>
    </w:p>
    <w:p w14:paraId="2090FD17" w14:textId="77777777" w:rsidR="0065650F" w:rsidRPr="0065650F" w:rsidRDefault="0065650F" w:rsidP="0065650F">
      <w:pPr>
        <w:spacing w:before="100" w:beforeAutospacing="1" w:after="100" w:afterAutospacing="1" w:line="240" w:lineRule="auto"/>
        <w:outlineLvl w:val="1"/>
        <w:rPr>
          <w:rFonts w:cs="Times New Roman"/>
          <w:b/>
          <w:bCs/>
          <w:sz w:val="36"/>
          <w:szCs w:val="36"/>
        </w:rPr>
      </w:pPr>
      <w:r w:rsidRPr="0065650F">
        <w:rPr>
          <w:rFonts w:cs="Times New Roman"/>
          <w:b/>
          <w:bCs/>
          <w:sz w:val="36"/>
          <w:szCs w:val="36"/>
        </w:rPr>
        <w:t>What Students Will Learn</w:t>
      </w:r>
    </w:p>
    <w:p w14:paraId="754A28D4" w14:textId="77777777" w:rsidR="0065650F" w:rsidRPr="0065650F" w:rsidRDefault="0065650F" w:rsidP="0065650F">
      <w:pPr>
        <w:spacing w:before="100" w:beforeAutospacing="1" w:after="100" w:afterAutospacing="1" w:line="240" w:lineRule="auto"/>
        <w:rPr>
          <w:rFonts w:cs="Times New Roman"/>
          <w:szCs w:val="24"/>
        </w:rPr>
      </w:pPr>
      <w:r w:rsidRPr="0065650F">
        <w:rPr>
          <w:rFonts w:cs="Times New Roman"/>
          <w:szCs w:val="24"/>
        </w:rPr>
        <w:t>By the end of the course, students will be able to:</w:t>
      </w:r>
    </w:p>
    <w:p w14:paraId="390D462D" w14:textId="77777777" w:rsidR="0065650F" w:rsidRPr="0065650F" w:rsidRDefault="0065650F" w:rsidP="0065650F">
      <w:pPr>
        <w:numPr>
          <w:ilvl w:val="0"/>
          <w:numId w:val="19"/>
        </w:numPr>
        <w:spacing w:before="100" w:beforeAutospacing="1" w:after="100" w:afterAutospacing="1" w:line="240" w:lineRule="auto"/>
        <w:rPr>
          <w:rFonts w:cs="Times New Roman"/>
          <w:szCs w:val="24"/>
        </w:rPr>
      </w:pPr>
      <w:r w:rsidRPr="0065650F">
        <w:rPr>
          <w:rFonts w:cs="Times New Roman"/>
          <w:szCs w:val="24"/>
        </w:rPr>
        <w:t>prompt AI for better presentation results</w:t>
      </w:r>
    </w:p>
    <w:p w14:paraId="4D49FB3F" w14:textId="77777777" w:rsidR="0065650F" w:rsidRPr="0065650F" w:rsidRDefault="0065650F" w:rsidP="0065650F">
      <w:pPr>
        <w:numPr>
          <w:ilvl w:val="0"/>
          <w:numId w:val="19"/>
        </w:numPr>
        <w:spacing w:before="100" w:beforeAutospacing="1" w:after="100" w:afterAutospacing="1" w:line="240" w:lineRule="auto"/>
        <w:rPr>
          <w:rFonts w:cs="Times New Roman"/>
          <w:szCs w:val="24"/>
        </w:rPr>
      </w:pPr>
      <w:r w:rsidRPr="0065650F">
        <w:rPr>
          <w:rFonts w:cs="Times New Roman"/>
          <w:szCs w:val="24"/>
        </w:rPr>
        <w:t>improve weak AI outputs through repeated prompting</w:t>
      </w:r>
    </w:p>
    <w:p w14:paraId="2A3883FE" w14:textId="77777777" w:rsidR="0065650F" w:rsidRPr="0065650F" w:rsidRDefault="0065650F" w:rsidP="0065650F">
      <w:pPr>
        <w:numPr>
          <w:ilvl w:val="0"/>
          <w:numId w:val="19"/>
        </w:numPr>
        <w:spacing w:before="100" w:beforeAutospacing="1" w:after="100" w:afterAutospacing="1" w:line="240" w:lineRule="auto"/>
        <w:rPr>
          <w:rFonts w:cs="Times New Roman"/>
          <w:szCs w:val="24"/>
        </w:rPr>
      </w:pPr>
      <w:r w:rsidRPr="0065650F">
        <w:rPr>
          <w:rFonts w:cs="Times New Roman"/>
          <w:szCs w:val="24"/>
        </w:rPr>
        <w:t>use AI as an assistant rather than a shortcut</w:t>
      </w:r>
    </w:p>
    <w:p w14:paraId="552C7486" w14:textId="77777777" w:rsidR="0065650F" w:rsidRPr="0065650F" w:rsidRDefault="0065650F" w:rsidP="0065650F">
      <w:pPr>
        <w:numPr>
          <w:ilvl w:val="0"/>
          <w:numId w:val="19"/>
        </w:numPr>
        <w:spacing w:before="100" w:beforeAutospacing="1" w:after="100" w:afterAutospacing="1" w:line="240" w:lineRule="auto"/>
        <w:rPr>
          <w:rFonts w:cs="Times New Roman"/>
          <w:szCs w:val="24"/>
        </w:rPr>
      </w:pPr>
      <w:proofErr w:type="gramStart"/>
      <w:r w:rsidRPr="0065650F">
        <w:rPr>
          <w:rFonts w:cs="Times New Roman"/>
          <w:szCs w:val="24"/>
        </w:rPr>
        <w:t>build</w:t>
      </w:r>
      <w:proofErr w:type="gramEnd"/>
      <w:r w:rsidRPr="0065650F">
        <w:rPr>
          <w:rFonts w:cs="Times New Roman"/>
          <w:szCs w:val="24"/>
        </w:rPr>
        <w:t xml:space="preserve"> professional presentations quickly</w:t>
      </w:r>
    </w:p>
    <w:p w14:paraId="257F1CF0" w14:textId="77777777" w:rsidR="0065650F" w:rsidRPr="0065650F" w:rsidRDefault="0065650F" w:rsidP="0065650F">
      <w:pPr>
        <w:numPr>
          <w:ilvl w:val="0"/>
          <w:numId w:val="19"/>
        </w:numPr>
        <w:spacing w:before="100" w:beforeAutospacing="1" w:after="100" w:afterAutospacing="1" w:line="240" w:lineRule="auto"/>
        <w:rPr>
          <w:rFonts w:cs="Times New Roman"/>
          <w:szCs w:val="24"/>
        </w:rPr>
      </w:pPr>
      <w:r w:rsidRPr="0065650F">
        <w:rPr>
          <w:rFonts w:cs="Times New Roman"/>
          <w:szCs w:val="24"/>
        </w:rPr>
        <w:t>deliver a clear 10-minute presentation with confidence</w:t>
      </w:r>
    </w:p>
    <w:p w14:paraId="1885D804" w14:textId="77777777" w:rsidR="0065650F" w:rsidRPr="0065650F" w:rsidRDefault="0065650F" w:rsidP="0065650F">
      <w:pPr>
        <w:numPr>
          <w:ilvl w:val="0"/>
          <w:numId w:val="19"/>
        </w:numPr>
        <w:spacing w:before="100" w:beforeAutospacing="1" w:after="100" w:afterAutospacing="1" w:line="240" w:lineRule="auto"/>
        <w:rPr>
          <w:rFonts w:cs="Times New Roman"/>
          <w:szCs w:val="24"/>
        </w:rPr>
      </w:pPr>
      <w:r w:rsidRPr="0065650F">
        <w:rPr>
          <w:rFonts w:cs="Times New Roman"/>
          <w:szCs w:val="24"/>
        </w:rPr>
        <w:t>work effectively in teams</w:t>
      </w:r>
    </w:p>
    <w:p w14:paraId="61BCC71A" w14:textId="77777777" w:rsidR="0065650F" w:rsidRPr="0065650F" w:rsidRDefault="0065650F" w:rsidP="0065650F">
      <w:pPr>
        <w:numPr>
          <w:ilvl w:val="0"/>
          <w:numId w:val="19"/>
        </w:numPr>
        <w:spacing w:before="100" w:beforeAutospacing="1" w:after="100" w:afterAutospacing="1" w:line="240" w:lineRule="auto"/>
        <w:rPr>
          <w:rFonts w:cs="Times New Roman"/>
          <w:szCs w:val="24"/>
        </w:rPr>
      </w:pPr>
      <w:r w:rsidRPr="0065650F">
        <w:rPr>
          <w:rFonts w:cs="Times New Roman"/>
          <w:szCs w:val="24"/>
        </w:rPr>
        <w:t>create and deliver a presentation within one hour</w:t>
      </w:r>
    </w:p>
    <w:p w14:paraId="3E903FAC" w14:textId="77777777" w:rsidR="0065650F" w:rsidRDefault="0065650F" w:rsidP="0065650F">
      <w:pPr>
        <w:spacing w:before="100" w:beforeAutospacing="1" w:after="100" w:afterAutospacing="1" w:line="240" w:lineRule="auto"/>
        <w:outlineLvl w:val="1"/>
        <w:rPr>
          <w:rFonts w:cs="Times New Roman"/>
          <w:b/>
          <w:bCs/>
          <w:sz w:val="36"/>
          <w:szCs w:val="36"/>
        </w:rPr>
      </w:pPr>
    </w:p>
    <w:p w14:paraId="222F0C62" w14:textId="52025553" w:rsidR="0065650F" w:rsidRPr="0065650F" w:rsidRDefault="0065650F" w:rsidP="0065650F">
      <w:pPr>
        <w:spacing w:before="100" w:beforeAutospacing="1" w:after="100" w:afterAutospacing="1" w:line="240" w:lineRule="auto"/>
        <w:outlineLvl w:val="1"/>
        <w:rPr>
          <w:rFonts w:cs="Times New Roman"/>
          <w:b/>
          <w:bCs/>
          <w:sz w:val="36"/>
          <w:szCs w:val="36"/>
        </w:rPr>
      </w:pPr>
      <w:r w:rsidRPr="0065650F">
        <w:rPr>
          <w:rFonts w:cs="Times New Roman"/>
          <w:b/>
          <w:bCs/>
          <w:sz w:val="36"/>
          <w:szCs w:val="36"/>
        </w:rPr>
        <w:lastRenderedPageBreak/>
        <w:t>Why It Matters</w:t>
      </w:r>
    </w:p>
    <w:p w14:paraId="01FAE093" w14:textId="77777777" w:rsidR="0065650F" w:rsidRPr="0065650F" w:rsidRDefault="0065650F" w:rsidP="0065650F">
      <w:pPr>
        <w:spacing w:before="100" w:beforeAutospacing="1" w:after="100" w:afterAutospacing="1" w:line="240" w:lineRule="auto"/>
        <w:rPr>
          <w:rFonts w:cs="Times New Roman"/>
          <w:szCs w:val="24"/>
        </w:rPr>
      </w:pPr>
      <w:r w:rsidRPr="0065650F">
        <w:rPr>
          <w:rFonts w:cs="Times New Roman"/>
          <w:szCs w:val="24"/>
        </w:rPr>
        <w:t>This course is about more than slides. It is about preparing students to:</w:t>
      </w:r>
    </w:p>
    <w:p w14:paraId="10861A22" w14:textId="77777777" w:rsidR="0065650F" w:rsidRPr="0065650F" w:rsidRDefault="0065650F" w:rsidP="0065650F">
      <w:pPr>
        <w:numPr>
          <w:ilvl w:val="0"/>
          <w:numId w:val="20"/>
        </w:numPr>
        <w:spacing w:before="100" w:beforeAutospacing="1" w:after="100" w:afterAutospacing="1" w:line="240" w:lineRule="auto"/>
        <w:rPr>
          <w:rFonts w:cs="Times New Roman"/>
          <w:szCs w:val="24"/>
        </w:rPr>
      </w:pPr>
      <w:r w:rsidRPr="0065650F">
        <w:rPr>
          <w:rFonts w:cs="Times New Roman"/>
          <w:szCs w:val="24"/>
        </w:rPr>
        <w:t>communicate clearly</w:t>
      </w:r>
    </w:p>
    <w:p w14:paraId="03A53CB6" w14:textId="77777777" w:rsidR="0065650F" w:rsidRPr="0065650F" w:rsidRDefault="0065650F" w:rsidP="0065650F">
      <w:pPr>
        <w:numPr>
          <w:ilvl w:val="0"/>
          <w:numId w:val="20"/>
        </w:numPr>
        <w:spacing w:before="100" w:beforeAutospacing="1" w:after="100" w:afterAutospacing="1" w:line="240" w:lineRule="auto"/>
        <w:rPr>
          <w:rFonts w:cs="Times New Roman"/>
          <w:szCs w:val="24"/>
        </w:rPr>
      </w:pPr>
      <w:r w:rsidRPr="0065650F">
        <w:rPr>
          <w:rFonts w:cs="Times New Roman"/>
          <w:szCs w:val="24"/>
        </w:rPr>
        <w:t>present professionally</w:t>
      </w:r>
    </w:p>
    <w:p w14:paraId="7516B8A1" w14:textId="77777777" w:rsidR="0065650F" w:rsidRPr="0065650F" w:rsidRDefault="0065650F" w:rsidP="0065650F">
      <w:pPr>
        <w:numPr>
          <w:ilvl w:val="0"/>
          <w:numId w:val="20"/>
        </w:numPr>
        <w:spacing w:before="100" w:beforeAutospacing="1" w:after="100" w:afterAutospacing="1" w:line="240" w:lineRule="auto"/>
        <w:rPr>
          <w:rFonts w:cs="Times New Roman"/>
          <w:szCs w:val="24"/>
        </w:rPr>
      </w:pPr>
      <w:r w:rsidRPr="0065650F">
        <w:rPr>
          <w:rFonts w:cs="Times New Roman"/>
          <w:szCs w:val="24"/>
        </w:rPr>
        <w:t>think on their feet</w:t>
      </w:r>
    </w:p>
    <w:p w14:paraId="03B5E045" w14:textId="77777777" w:rsidR="0065650F" w:rsidRPr="0065650F" w:rsidRDefault="0065650F" w:rsidP="0065650F">
      <w:pPr>
        <w:numPr>
          <w:ilvl w:val="0"/>
          <w:numId w:val="20"/>
        </w:numPr>
        <w:spacing w:before="100" w:beforeAutospacing="1" w:after="100" w:afterAutospacing="1" w:line="240" w:lineRule="auto"/>
        <w:rPr>
          <w:rFonts w:cs="Times New Roman"/>
          <w:szCs w:val="24"/>
        </w:rPr>
      </w:pPr>
      <w:r w:rsidRPr="0065650F">
        <w:rPr>
          <w:rFonts w:cs="Times New Roman"/>
          <w:szCs w:val="24"/>
        </w:rPr>
        <w:t>collaborate with others</w:t>
      </w:r>
    </w:p>
    <w:p w14:paraId="73695A34" w14:textId="77777777" w:rsidR="0065650F" w:rsidRPr="0065650F" w:rsidRDefault="0065650F" w:rsidP="0065650F">
      <w:pPr>
        <w:numPr>
          <w:ilvl w:val="0"/>
          <w:numId w:val="20"/>
        </w:numPr>
        <w:spacing w:before="100" w:beforeAutospacing="1" w:after="100" w:afterAutospacing="1" w:line="240" w:lineRule="auto"/>
        <w:rPr>
          <w:rFonts w:cs="Times New Roman"/>
          <w:szCs w:val="24"/>
        </w:rPr>
      </w:pPr>
      <w:r w:rsidRPr="0065650F">
        <w:rPr>
          <w:rFonts w:cs="Times New Roman"/>
          <w:szCs w:val="24"/>
        </w:rPr>
        <w:t>build confidence</w:t>
      </w:r>
    </w:p>
    <w:p w14:paraId="2BB6845D" w14:textId="77777777" w:rsidR="0065650F" w:rsidRPr="0065650F" w:rsidRDefault="0065650F" w:rsidP="0065650F">
      <w:pPr>
        <w:numPr>
          <w:ilvl w:val="0"/>
          <w:numId w:val="20"/>
        </w:numPr>
        <w:spacing w:before="100" w:beforeAutospacing="1" w:after="100" w:afterAutospacing="1" w:line="240" w:lineRule="auto"/>
        <w:rPr>
          <w:rFonts w:cs="Times New Roman"/>
          <w:szCs w:val="24"/>
        </w:rPr>
      </w:pPr>
      <w:r w:rsidRPr="0065650F">
        <w:rPr>
          <w:rFonts w:cs="Times New Roman"/>
          <w:szCs w:val="24"/>
        </w:rPr>
        <w:t>use AI responsibly in academic and professional settings</w:t>
      </w:r>
    </w:p>
    <w:p w14:paraId="1400A6D9" w14:textId="77777777" w:rsidR="0065650F" w:rsidRPr="0065650F" w:rsidRDefault="0065650F" w:rsidP="0065650F">
      <w:pPr>
        <w:spacing w:before="100" w:beforeAutospacing="1" w:after="100" w:afterAutospacing="1" w:line="240" w:lineRule="auto"/>
        <w:rPr>
          <w:rFonts w:cs="Times New Roman"/>
          <w:szCs w:val="24"/>
        </w:rPr>
      </w:pPr>
      <w:r w:rsidRPr="0065650F">
        <w:rPr>
          <w:rFonts w:cs="Times New Roman"/>
          <w:szCs w:val="24"/>
        </w:rPr>
        <w:t xml:space="preserve">These are the kinds of </w:t>
      </w:r>
      <w:r w:rsidRPr="0065650F">
        <w:rPr>
          <w:rFonts w:cs="Times New Roman"/>
          <w:b/>
          <w:bCs/>
          <w:szCs w:val="24"/>
        </w:rPr>
        <w:t>soft skills employers consistently demand</w:t>
      </w:r>
      <w:r w:rsidRPr="0065650F">
        <w:rPr>
          <w:rFonts w:cs="Times New Roman"/>
          <w:szCs w:val="24"/>
        </w:rPr>
        <w:t xml:space="preserve"> and the kinds of skills that make graduates more competitive.</w:t>
      </w:r>
    </w:p>
    <w:p w14:paraId="780D9C1C" w14:textId="77777777" w:rsidR="0065650F" w:rsidRPr="0065650F" w:rsidRDefault="0065650F" w:rsidP="0065650F">
      <w:pPr>
        <w:spacing w:before="100" w:beforeAutospacing="1" w:after="100" w:afterAutospacing="1" w:line="240" w:lineRule="auto"/>
        <w:outlineLvl w:val="1"/>
        <w:rPr>
          <w:rFonts w:cs="Times New Roman"/>
          <w:b/>
          <w:bCs/>
          <w:sz w:val="36"/>
          <w:szCs w:val="36"/>
        </w:rPr>
      </w:pPr>
      <w:r w:rsidRPr="0065650F">
        <w:rPr>
          <w:rFonts w:cs="Times New Roman"/>
          <w:b/>
          <w:bCs/>
          <w:sz w:val="36"/>
          <w:szCs w:val="36"/>
        </w:rPr>
        <w:t>Course Structure</w:t>
      </w:r>
    </w:p>
    <w:p w14:paraId="3D2AD0BD" w14:textId="77777777" w:rsidR="0065650F" w:rsidRPr="0065650F" w:rsidRDefault="0065650F" w:rsidP="0065650F">
      <w:pPr>
        <w:numPr>
          <w:ilvl w:val="0"/>
          <w:numId w:val="21"/>
        </w:numPr>
        <w:spacing w:before="100" w:beforeAutospacing="1" w:after="100" w:afterAutospacing="1" w:line="240" w:lineRule="auto"/>
        <w:rPr>
          <w:rFonts w:cs="Times New Roman"/>
          <w:szCs w:val="24"/>
        </w:rPr>
      </w:pPr>
      <w:r w:rsidRPr="0065650F">
        <w:rPr>
          <w:rFonts w:cs="Times New Roman"/>
          <w:b/>
          <w:bCs/>
          <w:szCs w:val="24"/>
        </w:rPr>
        <w:t>15-week course</w:t>
      </w:r>
    </w:p>
    <w:p w14:paraId="2E96B229" w14:textId="77777777" w:rsidR="0065650F" w:rsidRPr="0065650F" w:rsidRDefault="0065650F" w:rsidP="0065650F">
      <w:pPr>
        <w:numPr>
          <w:ilvl w:val="0"/>
          <w:numId w:val="21"/>
        </w:numPr>
        <w:spacing w:before="100" w:beforeAutospacing="1" w:after="100" w:afterAutospacing="1" w:line="240" w:lineRule="auto"/>
        <w:rPr>
          <w:rFonts w:cs="Times New Roman"/>
          <w:szCs w:val="24"/>
        </w:rPr>
      </w:pPr>
      <w:r w:rsidRPr="0065650F">
        <w:rPr>
          <w:rFonts w:cs="Times New Roman"/>
          <w:b/>
          <w:bCs/>
          <w:szCs w:val="24"/>
        </w:rPr>
        <w:t>Meets twice per week for 1 hour 15 minutes</w:t>
      </w:r>
    </w:p>
    <w:p w14:paraId="663D9E04" w14:textId="77777777" w:rsidR="0065650F" w:rsidRPr="0065650F" w:rsidRDefault="0065650F" w:rsidP="0065650F">
      <w:pPr>
        <w:numPr>
          <w:ilvl w:val="0"/>
          <w:numId w:val="21"/>
        </w:numPr>
        <w:spacing w:before="100" w:beforeAutospacing="1" w:after="100" w:afterAutospacing="1" w:line="240" w:lineRule="auto"/>
        <w:rPr>
          <w:rFonts w:cs="Times New Roman"/>
          <w:szCs w:val="24"/>
        </w:rPr>
      </w:pPr>
      <w:r w:rsidRPr="0065650F">
        <w:rPr>
          <w:rFonts w:cs="Times New Roman"/>
          <w:b/>
          <w:bCs/>
          <w:szCs w:val="24"/>
        </w:rPr>
        <w:t>One class per week:</w:t>
      </w:r>
      <w:r w:rsidRPr="0065650F">
        <w:rPr>
          <w:rFonts w:cs="Times New Roman"/>
          <w:szCs w:val="24"/>
        </w:rPr>
        <w:t xml:space="preserve"> instruction, AI prompting, design, and practice</w:t>
      </w:r>
    </w:p>
    <w:p w14:paraId="64E3F876" w14:textId="77777777" w:rsidR="0065650F" w:rsidRPr="0065650F" w:rsidRDefault="0065650F" w:rsidP="0065650F">
      <w:pPr>
        <w:numPr>
          <w:ilvl w:val="0"/>
          <w:numId w:val="21"/>
        </w:numPr>
        <w:spacing w:before="100" w:beforeAutospacing="1" w:after="100" w:afterAutospacing="1" w:line="240" w:lineRule="auto"/>
        <w:rPr>
          <w:rFonts w:cs="Times New Roman"/>
          <w:szCs w:val="24"/>
        </w:rPr>
      </w:pPr>
      <w:r w:rsidRPr="0065650F">
        <w:rPr>
          <w:rFonts w:cs="Times New Roman"/>
          <w:b/>
          <w:bCs/>
          <w:szCs w:val="24"/>
        </w:rPr>
        <w:t>One class per week:</w:t>
      </w:r>
      <w:r w:rsidRPr="0065650F">
        <w:rPr>
          <w:rFonts w:cs="Times New Roman"/>
          <w:szCs w:val="24"/>
        </w:rPr>
        <w:t xml:space="preserve"> live presentations</w:t>
      </w:r>
    </w:p>
    <w:p w14:paraId="18BFAE1F" w14:textId="77777777" w:rsidR="0065650F" w:rsidRPr="0065650F" w:rsidRDefault="0065650F" w:rsidP="0065650F">
      <w:pPr>
        <w:spacing w:before="100" w:beforeAutospacing="1" w:after="100" w:afterAutospacing="1" w:line="240" w:lineRule="auto"/>
        <w:outlineLvl w:val="1"/>
        <w:rPr>
          <w:rFonts w:cs="Times New Roman"/>
          <w:b/>
          <w:bCs/>
          <w:sz w:val="36"/>
          <w:szCs w:val="36"/>
        </w:rPr>
      </w:pPr>
      <w:r w:rsidRPr="0065650F">
        <w:rPr>
          <w:rFonts w:cs="Times New Roman"/>
          <w:b/>
          <w:bCs/>
          <w:sz w:val="36"/>
          <w:szCs w:val="36"/>
        </w:rPr>
        <w:t>Major Assignments</w:t>
      </w:r>
    </w:p>
    <w:p w14:paraId="0C879A48" w14:textId="77777777" w:rsidR="0065650F" w:rsidRPr="0065650F" w:rsidRDefault="0065650F" w:rsidP="0065650F">
      <w:pPr>
        <w:numPr>
          <w:ilvl w:val="0"/>
          <w:numId w:val="22"/>
        </w:numPr>
        <w:spacing w:before="100" w:beforeAutospacing="1" w:after="100" w:afterAutospacing="1" w:line="240" w:lineRule="auto"/>
        <w:rPr>
          <w:rFonts w:cs="Times New Roman"/>
          <w:szCs w:val="24"/>
        </w:rPr>
      </w:pPr>
      <w:r w:rsidRPr="0065650F">
        <w:rPr>
          <w:rFonts w:cs="Times New Roman"/>
          <w:b/>
          <w:bCs/>
          <w:szCs w:val="24"/>
        </w:rPr>
        <w:t>5 solo presentations</w:t>
      </w:r>
    </w:p>
    <w:p w14:paraId="4936666A" w14:textId="77777777" w:rsidR="0065650F" w:rsidRPr="0065650F" w:rsidRDefault="0065650F" w:rsidP="0065650F">
      <w:pPr>
        <w:numPr>
          <w:ilvl w:val="0"/>
          <w:numId w:val="22"/>
        </w:numPr>
        <w:spacing w:before="100" w:beforeAutospacing="1" w:after="100" w:afterAutospacing="1" w:line="240" w:lineRule="auto"/>
        <w:rPr>
          <w:rFonts w:cs="Times New Roman"/>
          <w:szCs w:val="24"/>
        </w:rPr>
      </w:pPr>
      <w:r w:rsidRPr="0065650F">
        <w:rPr>
          <w:rFonts w:cs="Times New Roman"/>
          <w:b/>
          <w:bCs/>
          <w:szCs w:val="24"/>
        </w:rPr>
        <w:t>5 team presentations</w:t>
      </w:r>
    </w:p>
    <w:p w14:paraId="4703DB6E" w14:textId="77777777" w:rsidR="0065650F" w:rsidRPr="0065650F" w:rsidRDefault="0065650F" w:rsidP="0065650F">
      <w:pPr>
        <w:numPr>
          <w:ilvl w:val="0"/>
          <w:numId w:val="22"/>
        </w:numPr>
        <w:spacing w:before="100" w:beforeAutospacing="1" w:after="100" w:afterAutospacing="1" w:line="240" w:lineRule="auto"/>
        <w:rPr>
          <w:rFonts w:cs="Times New Roman"/>
          <w:szCs w:val="24"/>
        </w:rPr>
      </w:pPr>
      <w:r w:rsidRPr="0065650F">
        <w:rPr>
          <w:rFonts w:cs="Times New Roman"/>
          <w:b/>
          <w:bCs/>
          <w:szCs w:val="24"/>
        </w:rPr>
        <w:t>1 final in-class presentation exam</w:t>
      </w:r>
    </w:p>
    <w:p w14:paraId="7A05EC84" w14:textId="77777777" w:rsidR="0065650F" w:rsidRPr="0065650F" w:rsidRDefault="0065650F" w:rsidP="0065650F">
      <w:pPr>
        <w:spacing w:before="100" w:beforeAutospacing="1" w:after="100" w:afterAutospacing="1" w:line="240" w:lineRule="auto"/>
        <w:outlineLvl w:val="1"/>
        <w:rPr>
          <w:rFonts w:cs="Times New Roman"/>
          <w:b/>
          <w:bCs/>
          <w:sz w:val="36"/>
          <w:szCs w:val="36"/>
        </w:rPr>
      </w:pPr>
      <w:r w:rsidRPr="0065650F">
        <w:rPr>
          <w:rFonts w:cs="Times New Roman"/>
          <w:b/>
          <w:bCs/>
          <w:sz w:val="36"/>
          <w:szCs w:val="36"/>
        </w:rPr>
        <w:t>Signature Outcome</w:t>
      </w:r>
    </w:p>
    <w:p w14:paraId="504F70D3" w14:textId="77777777" w:rsidR="0065650F" w:rsidRPr="0065650F" w:rsidRDefault="0065650F" w:rsidP="0065650F">
      <w:pPr>
        <w:spacing w:before="100" w:beforeAutospacing="1" w:after="100" w:afterAutospacing="1" w:line="240" w:lineRule="auto"/>
        <w:rPr>
          <w:rFonts w:cs="Times New Roman"/>
          <w:szCs w:val="24"/>
        </w:rPr>
      </w:pPr>
      <w:r w:rsidRPr="0065650F">
        <w:rPr>
          <w:rFonts w:cs="Times New Roman"/>
          <w:szCs w:val="24"/>
        </w:rPr>
        <w:t xml:space="preserve">By the end of the course, students will be able to </w:t>
      </w:r>
      <w:r w:rsidRPr="0065650F">
        <w:rPr>
          <w:rFonts w:cs="Times New Roman"/>
          <w:b/>
          <w:bCs/>
          <w:szCs w:val="24"/>
        </w:rPr>
        <w:t>plan, build, and deliver a coherent 10-minute presentation within one hour using AI-assisted workflows and sound presentation principles</w:t>
      </w:r>
      <w:r w:rsidRPr="0065650F">
        <w:rPr>
          <w:rFonts w:cs="Times New Roman"/>
          <w:szCs w:val="24"/>
        </w:rPr>
        <w:t>.</w:t>
      </w:r>
    </w:p>
    <w:p w14:paraId="12A825A6" w14:textId="77777777" w:rsidR="0065650F" w:rsidRPr="0065650F" w:rsidRDefault="0065650F" w:rsidP="0065650F">
      <w:pPr>
        <w:spacing w:before="100" w:beforeAutospacing="1" w:after="100" w:afterAutospacing="1" w:line="240" w:lineRule="auto"/>
        <w:outlineLvl w:val="1"/>
        <w:rPr>
          <w:rFonts w:cs="Times New Roman"/>
          <w:b/>
          <w:bCs/>
          <w:sz w:val="36"/>
          <w:szCs w:val="36"/>
        </w:rPr>
      </w:pPr>
      <w:r w:rsidRPr="0065650F">
        <w:rPr>
          <w:rFonts w:cs="Times New Roman"/>
          <w:b/>
          <w:bCs/>
          <w:sz w:val="36"/>
          <w:szCs w:val="36"/>
        </w:rPr>
        <w:t>Why This Course Adds Value</w:t>
      </w:r>
    </w:p>
    <w:p w14:paraId="57B9005C" w14:textId="77777777" w:rsidR="0065650F" w:rsidRPr="0065650F" w:rsidRDefault="0065650F" w:rsidP="0065650F">
      <w:pPr>
        <w:spacing w:before="100" w:beforeAutospacing="1" w:after="100" w:afterAutospacing="1" w:line="240" w:lineRule="auto"/>
        <w:rPr>
          <w:rFonts w:cs="Times New Roman"/>
          <w:szCs w:val="24"/>
        </w:rPr>
      </w:pPr>
      <w:r w:rsidRPr="0065650F">
        <w:rPr>
          <w:rFonts w:cs="Times New Roman"/>
          <w:szCs w:val="24"/>
        </w:rPr>
        <w:t>This course would give students a distinctive blend of:</w:t>
      </w:r>
    </w:p>
    <w:p w14:paraId="6F4FA5F5" w14:textId="77777777" w:rsidR="0065650F" w:rsidRPr="0065650F" w:rsidRDefault="0065650F" w:rsidP="0065650F">
      <w:pPr>
        <w:numPr>
          <w:ilvl w:val="0"/>
          <w:numId w:val="23"/>
        </w:numPr>
        <w:spacing w:before="100" w:beforeAutospacing="1" w:after="100" w:afterAutospacing="1" w:line="240" w:lineRule="auto"/>
        <w:rPr>
          <w:rFonts w:cs="Times New Roman"/>
          <w:szCs w:val="24"/>
        </w:rPr>
      </w:pPr>
      <w:r w:rsidRPr="0065650F">
        <w:rPr>
          <w:rFonts w:cs="Times New Roman"/>
          <w:szCs w:val="24"/>
        </w:rPr>
        <w:t>AI fluency</w:t>
      </w:r>
    </w:p>
    <w:p w14:paraId="5D9E8E5B" w14:textId="77777777" w:rsidR="0065650F" w:rsidRPr="0065650F" w:rsidRDefault="0065650F" w:rsidP="0065650F">
      <w:pPr>
        <w:numPr>
          <w:ilvl w:val="0"/>
          <w:numId w:val="23"/>
        </w:numPr>
        <w:spacing w:before="100" w:beforeAutospacing="1" w:after="100" w:afterAutospacing="1" w:line="240" w:lineRule="auto"/>
        <w:rPr>
          <w:rFonts w:cs="Times New Roman"/>
          <w:szCs w:val="24"/>
        </w:rPr>
      </w:pPr>
      <w:r w:rsidRPr="0065650F">
        <w:rPr>
          <w:rFonts w:cs="Times New Roman"/>
          <w:szCs w:val="24"/>
        </w:rPr>
        <w:t xml:space="preserve">communication </w:t>
      </w:r>
      <w:proofErr w:type="gramStart"/>
      <w:r w:rsidRPr="0065650F">
        <w:rPr>
          <w:rFonts w:cs="Times New Roman"/>
          <w:szCs w:val="24"/>
        </w:rPr>
        <w:t>skill</w:t>
      </w:r>
      <w:proofErr w:type="gramEnd"/>
    </w:p>
    <w:p w14:paraId="26C817B2" w14:textId="77777777" w:rsidR="0065650F" w:rsidRPr="0065650F" w:rsidRDefault="0065650F" w:rsidP="0065650F">
      <w:pPr>
        <w:numPr>
          <w:ilvl w:val="0"/>
          <w:numId w:val="23"/>
        </w:numPr>
        <w:spacing w:before="100" w:beforeAutospacing="1" w:after="100" w:afterAutospacing="1" w:line="240" w:lineRule="auto"/>
        <w:rPr>
          <w:rFonts w:cs="Times New Roman"/>
          <w:szCs w:val="24"/>
        </w:rPr>
      </w:pPr>
      <w:r w:rsidRPr="0065650F">
        <w:rPr>
          <w:rFonts w:cs="Times New Roman"/>
          <w:szCs w:val="24"/>
        </w:rPr>
        <w:t>confidence</w:t>
      </w:r>
    </w:p>
    <w:p w14:paraId="6541CAF3" w14:textId="77777777" w:rsidR="0065650F" w:rsidRPr="0065650F" w:rsidRDefault="0065650F" w:rsidP="0065650F">
      <w:pPr>
        <w:numPr>
          <w:ilvl w:val="0"/>
          <w:numId w:val="23"/>
        </w:numPr>
        <w:spacing w:before="100" w:beforeAutospacing="1" w:after="100" w:afterAutospacing="1" w:line="240" w:lineRule="auto"/>
        <w:rPr>
          <w:rFonts w:cs="Times New Roman"/>
          <w:szCs w:val="24"/>
        </w:rPr>
      </w:pPr>
      <w:r w:rsidRPr="0065650F">
        <w:rPr>
          <w:rFonts w:cs="Times New Roman"/>
          <w:szCs w:val="24"/>
        </w:rPr>
        <w:t>professionalism</w:t>
      </w:r>
    </w:p>
    <w:p w14:paraId="2813AA77" w14:textId="77777777" w:rsidR="0065650F" w:rsidRPr="0065650F" w:rsidRDefault="0065650F" w:rsidP="0065650F">
      <w:pPr>
        <w:numPr>
          <w:ilvl w:val="0"/>
          <w:numId w:val="23"/>
        </w:numPr>
        <w:spacing w:before="100" w:beforeAutospacing="1" w:after="100" w:afterAutospacing="1" w:line="240" w:lineRule="auto"/>
        <w:rPr>
          <w:rFonts w:cs="Times New Roman"/>
          <w:szCs w:val="24"/>
        </w:rPr>
      </w:pPr>
      <w:r w:rsidRPr="0065650F">
        <w:rPr>
          <w:rFonts w:cs="Times New Roman"/>
          <w:szCs w:val="24"/>
        </w:rPr>
        <w:t>teamwork</w:t>
      </w:r>
    </w:p>
    <w:p w14:paraId="157F5713" w14:textId="77777777" w:rsidR="0065650F" w:rsidRPr="0065650F" w:rsidRDefault="0065650F" w:rsidP="0065650F">
      <w:pPr>
        <w:numPr>
          <w:ilvl w:val="0"/>
          <w:numId w:val="23"/>
        </w:numPr>
        <w:spacing w:before="100" w:beforeAutospacing="1" w:after="100" w:afterAutospacing="1" w:line="240" w:lineRule="auto"/>
        <w:rPr>
          <w:rFonts w:cs="Times New Roman"/>
          <w:szCs w:val="24"/>
        </w:rPr>
      </w:pPr>
      <w:r w:rsidRPr="0065650F">
        <w:rPr>
          <w:rFonts w:cs="Times New Roman"/>
          <w:szCs w:val="24"/>
        </w:rPr>
        <w:t>workforce readiness</w:t>
      </w:r>
    </w:p>
    <w:p w14:paraId="6365CA97" w14:textId="77777777" w:rsidR="0065650F" w:rsidRPr="0065650F" w:rsidRDefault="0065650F" w:rsidP="0065650F">
      <w:pPr>
        <w:spacing w:after="0" w:line="240" w:lineRule="auto"/>
        <w:rPr>
          <w:rFonts w:cs="Times New Roman"/>
          <w:szCs w:val="24"/>
        </w:rPr>
      </w:pPr>
      <w:r w:rsidRPr="0065650F">
        <w:rPr>
          <w:rFonts w:cs="Times New Roman"/>
          <w:szCs w:val="24"/>
        </w:rPr>
        <w:pict w14:anchorId="51D35986">
          <v:rect id="_x0000_i1121" style="width:0;height:1.5pt" o:hralign="center" o:hrstd="t" o:hr="t" fillcolor="#a0a0a0" stroked="f"/>
        </w:pict>
      </w:r>
    </w:p>
    <w:p w14:paraId="7F6054E8" w14:textId="77777777" w:rsidR="0065650F" w:rsidRDefault="0065650F" w:rsidP="00A743CB">
      <w:pPr>
        <w:spacing w:after="200"/>
      </w:pPr>
    </w:p>
    <w:p w14:paraId="522FFE20" w14:textId="77777777" w:rsidR="0065650F" w:rsidRDefault="0065650F" w:rsidP="00A743CB">
      <w:pPr>
        <w:spacing w:after="200"/>
      </w:pPr>
    </w:p>
    <w:p w14:paraId="5AAEBCD9" w14:textId="77777777" w:rsidR="00A743CB" w:rsidRPr="00A743CB" w:rsidRDefault="00A743CB" w:rsidP="00A743CB">
      <w:pPr>
        <w:spacing w:after="0" w:line="240" w:lineRule="auto"/>
        <w:rPr>
          <w:rFonts w:cs="Times New Roman"/>
          <w:szCs w:val="24"/>
        </w:rPr>
      </w:pPr>
      <w:r w:rsidRPr="00A743CB">
        <w:rPr>
          <w:rFonts w:cs="Times New Roman"/>
          <w:szCs w:val="24"/>
        </w:rPr>
        <w:lastRenderedPageBreak/>
        <w:pict w14:anchorId="0101DD81">
          <v:rect id="_x0000_i1025" style="width:0;height:1.5pt" o:hralign="center" o:hrstd="t" o:hr="t" fillcolor="#a0a0a0" stroked="f"/>
        </w:pict>
      </w:r>
    </w:p>
    <w:p w14:paraId="7C8FA533"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AI FOR PRESENTATIONS</w:t>
      </w:r>
    </w:p>
    <w:p w14:paraId="2DC18399" w14:textId="75676220"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 xml:space="preserve">Syllabus </w:t>
      </w:r>
    </w:p>
    <w:p w14:paraId="73E257F9"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Professor:</w:t>
      </w:r>
      <w:r w:rsidRPr="00A743CB">
        <w:rPr>
          <w:rFonts w:cs="Times New Roman"/>
          <w:szCs w:val="24"/>
        </w:rPr>
        <w:t xml:space="preserve"> Dr. J.K. Genesis Mitchell</w:t>
      </w:r>
      <w:r w:rsidRPr="00A743CB">
        <w:rPr>
          <w:rFonts w:cs="Times New Roman"/>
          <w:szCs w:val="24"/>
        </w:rPr>
        <w:br/>
      </w:r>
      <w:r w:rsidRPr="00A743CB">
        <w:rPr>
          <w:rFonts w:cs="Times New Roman"/>
          <w:b/>
          <w:bCs/>
          <w:szCs w:val="24"/>
        </w:rPr>
        <w:t>Date:</w:t>
      </w:r>
      <w:r w:rsidRPr="00A743CB">
        <w:rPr>
          <w:rFonts w:cs="Times New Roman"/>
          <w:szCs w:val="24"/>
        </w:rPr>
        <w:t xml:space="preserve"> April 8, 2026</w:t>
      </w:r>
    </w:p>
    <w:p w14:paraId="4D55F207" w14:textId="77777777" w:rsidR="00A743CB" w:rsidRPr="00A743CB" w:rsidRDefault="00A743CB" w:rsidP="00A743CB">
      <w:pPr>
        <w:spacing w:after="0" w:line="240" w:lineRule="auto"/>
        <w:rPr>
          <w:rFonts w:cs="Times New Roman"/>
          <w:szCs w:val="24"/>
        </w:rPr>
      </w:pPr>
      <w:r w:rsidRPr="00A743CB">
        <w:rPr>
          <w:rFonts w:cs="Times New Roman"/>
          <w:szCs w:val="24"/>
        </w:rPr>
        <w:pict w14:anchorId="3F9B6139">
          <v:rect id="_x0000_i1026" style="width:0;height:1.5pt" o:hralign="center" o:hrstd="t" o:hr="t" fillcolor="#a0a0a0" stroked="f"/>
        </w:pict>
      </w:r>
    </w:p>
    <w:p w14:paraId="7532D912"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TABLE OF CONTENTS</w:t>
      </w:r>
    </w:p>
    <w:p w14:paraId="3ABE8246"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Hard-Sell Pitch</w:t>
      </w:r>
    </w:p>
    <w:p w14:paraId="39987F49"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Dean-Facing Executive Summary</w:t>
      </w:r>
    </w:p>
    <w:p w14:paraId="2A57F4C7"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The Case for the Course</w:t>
      </w:r>
    </w:p>
    <w:p w14:paraId="0B56474B"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Why Soft Skills Development Makes This Course Necessary</w:t>
      </w:r>
    </w:p>
    <w:p w14:paraId="07F9C94A"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Strategic Value to the University and College of Business</w:t>
      </w:r>
    </w:p>
    <w:p w14:paraId="14ABC279"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Course Overview</w:t>
      </w:r>
    </w:p>
    <w:p w14:paraId="1C506457"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Signature Course Outcome</w:t>
      </w:r>
    </w:p>
    <w:p w14:paraId="532622EA"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Student Learning Outcomes</w:t>
      </w:r>
    </w:p>
    <w:p w14:paraId="79164585"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Course Design and Delivery Model</w:t>
      </w:r>
    </w:p>
    <w:p w14:paraId="6675E957"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Major Assignments and Presentation Sequence</w:t>
      </w:r>
    </w:p>
    <w:p w14:paraId="54858958"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Final Exam Design</w:t>
      </w:r>
    </w:p>
    <w:p w14:paraId="21F2CD89"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Recommended Tools and Resources</w:t>
      </w:r>
    </w:p>
    <w:p w14:paraId="7AC3CF11"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Full Syllabus</w:t>
      </w:r>
    </w:p>
    <w:p w14:paraId="44EBB843"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Grading Plan and Rubric</w:t>
      </w:r>
    </w:p>
    <w:p w14:paraId="2208AA33"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Attendance, Participation, Academic Integrity, and AI Use</w:t>
      </w:r>
    </w:p>
    <w:p w14:paraId="4176216C"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Weekly Prompt Log Requirement</w:t>
      </w:r>
    </w:p>
    <w:p w14:paraId="6BECFD3B"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Fifteen-Week Course Schedule</w:t>
      </w:r>
    </w:p>
    <w:p w14:paraId="7DBBA7D5"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Student-Facing Course Description</w:t>
      </w:r>
    </w:p>
    <w:p w14:paraId="232289B2"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Catalog Description</w:t>
      </w:r>
    </w:p>
    <w:p w14:paraId="7F093A1E" w14:textId="77777777" w:rsidR="00A743CB" w:rsidRPr="00A743CB" w:rsidRDefault="00A743CB" w:rsidP="00A743CB">
      <w:pPr>
        <w:numPr>
          <w:ilvl w:val="0"/>
          <w:numId w:val="10"/>
        </w:numPr>
        <w:spacing w:before="100" w:beforeAutospacing="1" w:after="100" w:afterAutospacing="1" w:line="240" w:lineRule="auto"/>
        <w:rPr>
          <w:rFonts w:cs="Times New Roman"/>
          <w:szCs w:val="24"/>
        </w:rPr>
      </w:pPr>
      <w:r w:rsidRPr="00A743CB">
        <w:rPr>
          <w:rFonts w:cs="Times New Roman"/>
          <w:szCs w:val="24"/>
        </w:rPr>
        <w:t>Closing Statement</w:t>
      </w:r>
    </w:p>
    <w:p w14:paraId="2007838A" w14:textId="77777777" w:rsidR="00A743CB" w:rsidRPr="00A743CB" w:rsidRDefault="00A743CB" w:rsidP="00A743CB">
      <w:pPr>
        <w:spacing w:after="0" w:line="240" w:lineRule="auto"/>
        <w:rPr>
          <w:rFonts w:cs="Times New Roman"/>
          <w:szCs w:val="24"/>
        </w:rPr>
      </w:pPr>
      <w:r w:rsidRPr="00A743CB">
        <w:rPr>
          <w:rFonts w:cs="Times New Roman"/>
          <w:szCs w:val="24"/>
        </w:rPr>
        <w:pict w14:anchorId="46EDACDC">
          <v:rect id="_x0000_i1027" style="width:0;height:1.5pt" o:hralign="center" o:hrstd="t" o:hr="t" fillcolor="#a0a0a0" stroked="f"/>
        </w:pict>
      </w:r>
    </w:p>
    <w:p w14:paraId="5B4E1BAC" w14:textId="3841DA90"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1. PITCH</w:t>
      </w:r>
    </w:p>
    <w:p w14:paraId="5E888DD1"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AI for Presentations</w:t>
      </w:r>
      <w:r w:rsidRPr="00A743CB">
        <w:rPr>
          <w:rFonts w:cs="Times New Roman"/>
          <w:szCs w:val="24"/>
        </w:rPr>
        <w:t xml:space="preserve"> is exactly the kind of course a modern university should want in its curriculum because it develops the one thing employers repeatedly need and students repeatedly lack: the ability to communicate clearly, confidently, and professionally under pressure.</w:t>
      </w:r>
    </w:p>
    <w:p w14:paraId="37B58030"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 xml:space="preserve">Right now, students are entering a world where artificial intelligence can help them build content faster than ever, but speed without judgment is dangerous, and access to AI without soft skills development creates a graduate who may be technically assisted but professionally weak. Students can generate slides, but many still cannot think on their feet, speak with confidence, organize ideas clearly, adapt to </w:t>
      </w:r>
      <w:r w:rsidRPr="00A743CB">
        <w:rPr>
          <w:rFonts w:cs="Times New Roman"/>
          <w:szCs w:val="24"/>
        </w:rPr>
        <w:lastRenderedPageBreak/>
        <w:t>an audience, or deliver a polished message in real time. That gap is not minor. It is one of the clearest employability weaknesses in higher education.</w:t>
      </w:r>
    </w:p>
    <w:p w14:paraId="4903958B"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This course directly addresses that gap. It trains students to use AI well, not lazily. It teaches them how to prompt for quality, revise weak outputs, and build presentations quickly, but it also does something even more important: it develops soft skills that machines cannot replace. Students learn poise, verbal clarity, professional presence, teamwork, audience awareness, persuasion, adaptability, and confidence under time pressure.</w:t>
      </w:r>
    </w:p>
    <w:p w14:paraId="298CC2C0"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That matters because employers do not just hire knowledge. They hire communication. They hire judgment. They hire presence. They hire people who can stand up, explain an idea, defend it, respond to questions, and inspire confidence in others.</w:t>
      </w:r>
    </w:p>
    <w:p w14:paraId="1817FDA5"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This course is not fluff. It is practical, modern, and deeply aligned with workforce readiness. It teaches students how to use AI as a force multiplier while also developing the human skills that will continue to distinguish strong graduates from weak ones. In that sense, this course is not only timely. It is necessary.</w:t>
      </w:r>
    </w:p>
    <w:p w14:paraId="6B6A57C3" w14:textId="77777777" w:rsidR="00A743CB" w:rsidRPr="00A743CB" w:rsidRDefault="00A743CB" w:rsidP="00A743CB">
      <w:pPr>
        <w:spacing w:after="0" w:line="240" w:lineRule="auto"/>
        <w:rPr>
          <w:rFonts w:cs="Times New Roman"/>
          <w:szCs w:val="24"/>
        </w:rPr>
      </w:pPr>
      <w:r w:rsidRPr="00A743CB">
        <w:rPr>
          <w:rFonts w:cs="Times New Roman"/>
          <w:szCs w:val="24"/>
        </w:rPr>
        <w:pict w14:anchorId="270D6178">
          <v:rect id="_x0000_i1028" style="width:0;height:1.5pt" o:hralign="center" o:hrstd="t" o:hr="t" fillcolor="#a0a0a0" stroked="f"/>
        </w:pict>
      </w:r>
    </w:p>
    <w:p w14:paraId="69B5D636" w14:textId="2BA8063F"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2. EXECUTIVE SUMMARY</w:t>
      </w:r>
    </w:p>
    <w:p w14:paraId="7FE7D7EA"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AI for Presentations</w:t>
      </w:r>
      <w:r w:rsidRPr="00A743CB">
        <w:rPr>
          <w:rFonts w:cs="Times New Roman"/>
          <w:szCs w:val="24"/>
        </w:rPr>
        <w:t xml:space="preserve"> is a practical, performance-based course designed to help students use artificial intelligence to create and deliver effective presentations with speed, confidence, and professionalism. The course responds to two major student development needs: stronger communication skills and responsible AI literacy. Many students struggle with public speaking, slide design, organization, and preparation efficiency. At the same time, AI is rapidly reshaping how professionals brainstorm, structure, refine, and communicate ideas.</w:t>
      </w:r>
    </w:p>
    <w:p w14:paraId="7C532756"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 xml:space="preserve">This course teaches students how to prompt AI strategically, improve results through repeated prompting, use AI as an assistant rather than a substitute for judgment, and develop stronger speaking ability through repeated solo and team-based presentations. Students complete ten presentations during the semester, including five solo presentations and five team presentations, and finish with a </w:t>
      </w:r>
      <w:proofErr w:type="gramStart"/>
      <w:r w:rsidRPr="00A743CB">
        <w:rPr>
          <w:rFonts w:cs="Times New Roman"/>
          <w:szCs w:val="24"/>
        </w:rPr>
        <w:t>timed in-class</w:t>
      </w:r>
      <w:proofErr w:type="gramEnd"/>
      <w:r w:rsidRPr="00A743CB">
        <w:rPr>
          <w:rFonts w:cs="Times New Roman"/>
          <w:szCs w:val="24"/>
        </w:rPr>
        <w:t xml:space="preserve"> final presentation exam on an assigned topic.</w:t>
      </w:r>
    </w:p>
    <w:p w14:paraId="1D190DD9"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 xml:space="preserve">The course is intentionally designed to reduce presentation anxiety, improve speaking effectiveness, strengthen soft skills, strengthen visual communication </w:t>
      </w:r>
      <w:proofErr w:type="gramStart"/>
      <w:r w:rsidRPr="00A743CB">
        <w:rPr>
          <w:rFonts w:cs="Times New Roman"/>
          <w:szCs w:val="24"/>
        </w:rPr>
        <w:t>skill</w:t>
      </w:r>
      <w:proofErr w:type="gramEnd"/>
      <w:r w:rsidRPr="00A743CB">
        <w:rPr>
          <w:rFonts w:cs="Times New Roman"/>
          <w:szCs w:val="24"/>
        </w:rPr>
        <w:t>, and prepare students for academic and professional environments in which rapid, clear, AI-supported communication is increasingly essential.</w:t>
      </w:r>
    </w:p>
    <w:p w14:paraId="6534FE32" w14:textId="77777777" w:rsidR="00A743CB" w:rsidRPr="00A743CB" w:rsidRDefault="00A743CB" w:rsidP="00A743CB">
      <w:pPr>
        <w:spacing w:after="0" w:line="240" w:lineRule="auto"/>
        <w:rPr>
          <w:rFonts w:cs="Times New Roman"/>
          <w:szCs w:val="24"/>
        </w:rPr>
      </w:pPr>
      <w:r w:rsidRPr="00A743CB">
        <w:rPr>
          <w:rFonts w:cs="Times New Roman"/>
          <w:szCs w:val="24"/>
        </w:rPr>
        <w:pict w14:anchorId="47610180">
          <v:rect id="_x0000_i1029" style="width:0;height:1.5pt" o:hralign="center" o:hrstd="t" o:hr="t" fillcolor="#a0a0a0" stroked="f"/>
        </w:pict>
      </w:r>
    </w:p>
    <w:p w14:paraId="0B6DADB7" w14:textId="77777777" w:rsidR="0065650F" w:rsidRDefault="0065650F">
      <w:pPr>
        <w:spacing w:after="200"/>
        <w:rPr>
          <w:rFonts w:cs="Times New Roman"/>
          <w:b/>
          <w:bCs/>
          <w:kern w:val="36"/>
          <w:sz w:val="48"/>
          <w:szCs w:val="48"/>
        </w:rPr>
      </w:pPr>
      <w:r>
        <w:rPr>
          <w:rFonts w:cs="Times New Roman"/>
          <w:b/>
          <w:bCs/>
          <w:kern w:val="36"/>
          <w:sz w:val="48"/>
          <w:szCs w:val="48"/>
        </w:rPr>
        <w:br w:type="page"/>
      </w:r>
    </w:p>
    <w:p w14:paraId="3D089F21" w14:textId="68046398"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lastRenderedPageBreak/>
        <w:t>3. THE CASE FOR THE COURSE</w:t>
      </w:r>
    </w:p>
    <w:p w14:paraId="0ECD7C19"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Higher education is facing a serious challenge. Students now have unprecedented access to AI tools, but access alone does not produce excellence. In many cases, it produces the opposite: overreliance, weak judgment, shallow preparation, and a false sense of competence. A student may be able to produce a deck quickly, but still be unable to explain it clearly, defend it under questioning, or deliver it with confidence.</w:t>
      </w:r>
    </w:p>
    <w:p w14:paraId="7C1E8D04"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That is why this course matters.</w:t>
      </w:r>
    </w:p>
    <w:p w14:paraId="3B14CCA9"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The future does not belong to students who can merely generate content. It belongs to students who can use AI to enhance thinking while still demonstrating professional communication, sound judgment, and persuasive delivery. This course is built around that reality.</w:t>
      </w:r>
    </w:p>
    <w:p w14:paraId="27FC5320"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It does not treat AI as the star. It treats AI as a tool. The real subject of the course is communication performance in an AI-shaped world.</w:t>
      </w:r>
    </w:p>
    <w:p w14:paraId="160DC367" w14:textId="77777777" w:rsidR="00A743CB" w:rsidRPr="00A743CB" w:rsidRDefault="00A743CB" w:rsidP="00A743CB">
      <w:pPr>
        <w:spacing w:after="0" w:line="240" w:lineRule="auto"/>
        <w:rPr>
          <w:rFonts w:cs="Times New Roman"/>
          <w:szCs w:val="24"/>
        </w:rPr>
      </w:pPr>
      <w:r w:rsidRPr="00A743CB">
        <w:rPr>
          <w:rFonts w:cs="Times New Roman"/>
          <w:szCs w:val="24"/>
        </w:rPr>
        <w:pict w14:anchorId="6F835B39">
          <v:rect id="_x0000_i1030" style="width:0;height:1.5pt" o:hralign="center" o:hrstd="t" o:hr="t" fillcolor="#a0a0a0" stroked="f"/>
        </w:pict>
      </w:r>
    </w:p>
    <w:p w14:paraId="290DF28D"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4. WHY SOFT SKILLS DEVELOPMENT MAKES THIS COURSE NECESSARY</w:t>
      </w:r>
    </w:p>
    <w:p w14:paraId="171EE48A"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 xml:space="preserve">One of the strongest arguments for this course is the need for </w:t>
      </w:r>
      <w:r w:rsidRPr="00A743CB">
        <w:rPr>
          <w:rFonts w:cs="Times New Roman"/>
          <w:b/>
          <w:bCs/>
          <w:szCs w:val="24"/>
        </w:rPr>
        <w:t>soft skills development</w:t>
      </w:r>
      <w:r w:rsidRPr="00A743CB">
        <w:rPr>
          <w:rFonts w:cs="Times New Roman"/>
          <w:szCs w:val="24"/>
        </w:rPr>
        <w:t>.</w:t>
      </w:r>
    </w:p>
    <w:p w14:paraId="17324964"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Many students are underprepared in the following areas:</w:t>
      </w:r>
    </w:p>
    <w:p w14:paraId="7F365133" w14:textId="77777777" w:rsidR="00A743CB" w:rsidRPr="00A743CB" w:rsidRDefault="00A743CB" w:rsidP="00A743CB">
      <w:pPr>
        <w:numPr>
          <w:ilvl w:val="0"/>
          <w:numId w:val="11"/>
        </w:numPr>
        <w:spacing w:before="100" w:beforeAutospacing="1" w:after="100" w:afterAutospacing="1" w:line="240" w:lineRule="auto"/>
        <w:rPr>
          <w:rFonts w:cs="Times New Roman"/>
          <w:szCs w:val="24"/>
        </w:rPr>
      </w:pPr>
      <w:r w:rsidRPr="00A743CB">
        <w:rPr>
          <w:rFonts w:cs="Times New Roman"/>
          <w:szCs w:val="24"/>
        </w:rPr>
        <w:t>public speaking</w:t>
      </w:r>
    </w:p>
    <w:p w14:paraId="61D6037E" w14:textId="77777777" w:rsidR="00A743CB" w:rsidRPr="00A743CB" w:rsidRDefault="00A743CB" w:rsidP="00A743CB">
      <w:pPr>
        <w:numPr>
          <w:ilvl w:val="0"/>
          <w:numId w:val="11"/>
        </w:numPr>
        <w:spacing w:before="100" w:beforeAutospacing="1" w:after="100" w:afterAutospacing="1" w:line="240" w:lineRule="auto"/>
        <w:rPr>
          <w:rFonts w:cs="Times New Roman"/>
          <w:szCs w:val="24"/>
        </w:rPr>
      </w:pPr>
      <w:r w:rsidRPr="00A743CB">
        <w:rPr>
          <w:rFonts w:cs="Times New Roman"/>
          <w:szCs w:val="24"/>
        </w:rPr>
        <w:t>professional presence</w:t>
      </w:r>
    </w:p>
    <w:p w14:paraId="6A50DD40" w14:textId="77777777" w:rsidR="00A743CB" w:rsidRPr="00A743CB" w:rsidRDefault="00A743CB" w:rsidP="00A743CB">
      <w:pPr>
        <w:numPr>
          <w:ilvl w:val="0"/>
          <w:numId w:val="11"/>
        </w:numPr>
        <w:spacing w:before="100" w:beforeAutospacing="1" w:after="100" w:afterAutospacing="1" w:line="240" w:lineRule="auto"/>
        <w:rPr>
          <w:rFonts w:cs="Times New Roman"/>
          <w:szCs w:val="24"/>
        </w:rPr>
      </w:pPr>
      <w:r w:rsidRPr="00A743CB">
        <w:rPr>
          <w:rFonts w:cs="Times New Roman"/>
          <w:szCs w:val="24"/>
        </w:rPr>
        <w:t>verbal clarity</w:t>
      </w:r>
    </w:p>
    <w:p w14:paraId="3B44D058" w14:textId="77777777" w:rsidR="00A743CB" w:rsidRPr="00A743CB" w:rsidRDefault="00A743CB" w:rsidP="00A743CB">
      <w:pPr>
        <w:numPr>
          <w:ilvl w:val="0"/>
          <w:numId w:val="11"/>
        </w:numPr>
        <w:spacing w:before="100" w:beforeAutospacing="1" w:after="100" w:afterAutospacing="1" w:line="240" w:lineRule="auto"/>
        <w:rPr>
          <w:rFonts w:cs="Times New Roman"/>
          <w:szCs w:val="24"/>
        </w:rPr>
      </w:pPr>
      <w:r w:rsidRPr="00A743CB">
        <w:rPr>
          <w:rFonts w:cs="Times New Roman"/>
          <w:szCs w:val="24"/>
        </w:rPr>
        <w:t>audience awareness</w:t>
      </w:r>
    </w:p>
    <w:p w14:paraId="59F98F9E" w14:textId="77777777" w:rsidR="00A743CB" w:rsidRPr="00A743CB" w:rsidRDefault="00A743CB" w:rsidP="00A743CB">
      <w:pPr>
        <w:numPr>
          <w:ilvl w:val="0"/>
          <w:numId w:val="11"/>
        </w:numPr>
        <w:spacing w:before="100" w:beforeAutospacing="1" w:after="100" w:afterAutospacing="1" w:line="240" w:lineRule="auto"/>
        <w:rPr>
          <w:rFonts w:cs="Times New Roman"/>
          <w:szCs w:val="24"/>
        </w:rPr>
      </w:pPr>
      <w:r w:rsidRPr="00A743CB">
        <w:rPr>
          <w:rFonts w:cs="Times New Roman"/>
          <w:szCs w:val="24"/>
        </w:rPr>
        <w:t>teamwork</w:t>
      </w:r>
    </w:p>
    <w:p w14:paraId="56077D75" w14:textId="77777777" w:rsidR="00A743CB" w:rsidRPr="00A743CB" w:rsidRDefault="00A743CB" w:rsidP="00A743CB">
      <w:pPr>
        <w:numPr>
          <w:ilvl w:val="0"/>
          <w:numId w:val="11"/>
        </w:numPr>
        <w:spacing w:before="100" w:beforeAutospacing="1" w:after="100" w:afterAutospacing="1" w:line="240" w:lineRule="auto"/>
        <w:rPr>
          <w:rFonts w:cs="Times New Roman"/>
          <w:szCs w:val="24"/>
        </w:rPr>
      </w:pPr>
      <w:r w:rsidRPr="00A743CB">
        <w:rPr>
          <w:rFonts w:cs="Times New Roman"/>
          <w:szCs w:val="24"/>
        </w:rPr>
        <w:t>adaptability</w:t>
      </w:r>
    </w:p>
    <w:p w14:paraId="7864E245" w14:textId="77777777" w:rsidR="00A743CB" w:rsidRPr="00A743CB" w:rsidRDefault="00A743CB" w:rsidP="00A743CB">
      <w:pPr>
        <w:numPr>
          <w:ilvl w:val="0"/>
          <w:numId w:val="11"/>
        </w:numPr>
        <w:spacing w:before="100" w:beforeAutospacing="1" w:after="100" w:afterAutospacing="1" w:line="240" w:lineRule="auto"/>
        <w:rPr>
          <w:rFonts w:cs="Times New Roman"/>
          <w:szCs w:val="24"/>
        </w:rPr>
      </w:pPr>
      <w:r w:rsidRPr="00A743CB">
        <w:rPr>
          <w:rFonts w:cs="Times New Roman"/>
          <w:szCs w:val="24"/>
        </w:rPr>
        <w:t>persuasion</w:t>
      </w:r>
    </w:p>
    <w:p w14:paraId="51495911" w14:textId="77777777" w:rsidR="00A743CB" w:rsidRPr="00A743CB" w:rsidRDefault="00A743CB" w:rsidP="00A743CB">
      <w:pPr>
        <w:numPr>
          <w:ilvl w:val="0"/>
          <w:numId w:val="11"/>
        </w:numPr>
        <w:spacing w:before="100" w:beforeAutospacing="1" w:after="100" w:afterAutospacing="1" w:line="240" w:lineRule="auto"/>
        <w:rPr>
          <w:rFonts w:cs="Times New Roman"/>
          <w:szCs w:val="24"/>
        </w:rPr>
      </w:pPr>
      <w:r w:rsidRPr="00A743CB">
        <w:rPr>
          <w:rFonts w:cs="Times New Roman"/>
          <w:szCs w:val="24"/>
        </w:rPr>
        <w:t>confidence</w:t>
      </w:r>
    </w:p>
    <w:p w14:paraId="05EABF84" w14:textId="77777777" w:rsidR="00A743CB" w:rsidRPr="00A743CB" w:rsidRDefault="00A743CB" w:rsidP="00A743CB">
      <w:pPr>
        <w:numPr>
          <w:ilvl w:val="0"/>
          <w:numId w:val="11"/>
        </w:numPr>
        <w:spacing w:before="100" w:beforeAutospacing="1" w:after="100" w:afterAutospacing="1" w:line="240" w:lineRule="auto"/>
        <w:rPr>
          <w:rFonts w:cs="Times New Roman"/>
          <w:szCs w:val="24"/>
        </w:rPr>
      </w:pPr>
      <w:r w:rsidRPr="00A743CB">
        <w:rPr>
          <w:rFonts w:cs="Times New Roman"/>
          <w:szCs w:val="24"/>
        </w:rPr>
        <w:t>time management under pressure</w:t>
      </w:r>
    </w:p>
    <w:p w14:paraId="19C1D25E" w14:textId="77777777" w:rsidR="00A743CB" w:rsidRPr="00A743CB" w:rsidRDefault="00A743CB" w:rsidP="00A743CB">
      <w:pPr>
        <w:numPr>
          <w:ilvl w:val="0"/>
          <w:numId w:val="11"/>
        </w:numPr>
        <w:spacing w:before="100" w:beforeAutospacing="1" w:after="100" w:afterAutospacing="1" w:line="240" w:lineRule="auto"/>
        <w:rPr>
          <w:rFonts w:cs="Times New Roman"/>
          <w:szCs w:val="24"/>
        </w:rPr>
      </w:pPr>
      <w:r w:rsidRPr="00A743CB">
        <w:rPr>
          <w:rFonts w:cs="Times New Roman"/>
          <w:szCs w:val="24"/>
        </w:rPr>
        <w:t>handling live questions and feedback</w:t>
      </w:r>
    </w:p>
    <w:p w14:paraId="3BB02874"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These are not secondary skills. These are career-shaping skills.</w:t>
      </w:r>
    </w:p>
    <w:p w14:paraId="700CCED7"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 xml:space="preserve">A graduate may have technical knowledge and even AI fluency, but if that graduate cannot present an idea effectively, contribute credibly </w:t>
      </w:r>
      <w:proofErr w:type="gramStart"/>
      <w:r w:rsidRPr="00A743CB">
        <w:rPr>
          <w:rFonts w:cs="Times New Roman"/>
          <w:szCs w:val="24"/>
        </w:rPr>
        <w:t>in</w:t>
      </w:r>
      <w:proofErr w:type="gramEnd"/>
      <w:r w:rsidRPr="00A743CB">
        <w:rPr>
          <w:rFonts w:cs="Times New Roman"/>
          <w:szCs w:val="24"/>
        </w:rPr>
        <w:t xml:space="preserve"> meetings, communicate with professionalism, or deliver under pressure, that graduate will be less competitive. Employers continue to value soft skills precisely because those skills drive leadership potential, team effectiveness, client trust, and organizational influence.</w:t>
      </w:r>
    </w:p>
    <w:p w14:paraId="3668131B"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lastRenderedPageBreak/>
        <w:t xml:space="preserve">This course directly develops those skills through repeated structured performance. Students do not just hear about communication. They practice it </w:t>
      </w:r>
      <w:proofErr w:type="gramStart"/>
      <w:r w:rsidRPr="00A743CB">
        <w:rPr>
          <w:rFonts w:cs="Times New Roman"/>
          <w:szCs w:val="24"/>
        </w:rPr>
        <w:t>again and again</w:t>
      </w:r>
      <w:proofErr w:type="gramEnd"/>
      <w:r w:rsidRPr="00A743CB">
        <w:rPr>
          <w:rFonts w:cs="Times New Roman"/>
          <w:szCs w:val="24"/>
        </w:rPr>
        <w:t>. They learn how to speak, how to organize, how to persuade, how to collaborate, and how to improve. AI helps them prepare faster, but the real educational gain comes from the human skill development embedded in the course.</w:t>
      </w:r>
    </w:p>
    <w:p w14:paraId="51B1B62B"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That makes this course bigger than a presentation class. It is a soft-skills accelerator for the AI age.</w:t>
      </w:r>
    </w:p>
    <w:p w14:paraId="29A674C7" w14:textId="77777777" w:rsidR="00A743CB" w:rsidRPr="00A743CB" w:rsidRDefault="00A743CB" w:rsidP="00A743CB">
      <w:pPr>
        <w:spacing w:after="0" w:line="240" w:lineRule="auto"/>
        <w:rPr>
          <w:rFonts w:cs="Times New Roman"/>
          <w:szCs w:val="24"/>
        </w:rPr>
      </w:pPr>
      <w:r w:rsidRPr="00A743CB">
        <w:rPr>
          <w:rFonts w:cs="Times New Roman"/>
          <w:szCs w:val="24"/>
        </w:rPr>
        <w:pict w14:anchorId="1D4F7DBD">
          <v:rect id="_x0000_i1031" style="width:0;height:1.5pt" o:hralign="center" o:hrstd="t" o:hr="t" fillcolor="#a0a0a0" stroked="f"/>
        </w:pict>
      </w:r>
    </w:p>
    <w:p w14:paraId="71DAB202"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5. STRATEGIC VALUE TO THE UNIVERSITY AND COLLEGE OF BUSINESS</w:t>
      </w:r>
    </w:p>
    <w:p w14:paraId="6DEBEE03"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This course offers value in several ways.</w:t>
      </w:r>
    </w:p>
    <w:p w14:paraId="0F16C987"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A. It is highly relevant</w:t>
      </w:r>
    </w:p>
    <w:p w14:paraId="783DEAD3"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The course responds directly to a real and growing need: students must know how to use AI responsibly while also strengthening communication abilities.</w:t>
      </w:r>
    </w:p>
    <w:p w14:paraId="7A6695FD"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B. It is workforce-oriented</w:t>
      </w:r>
    </w:p>
    <w:p w14:paraId="4C94F622"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It prepares students for interviews, presentations, team meetings, pitches, training sessions, and client-facing communication.</w:t>
      </w:r>
    </w:p>
    <w:p w14:paraId="09B34D7F"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C. It supports soft-skills development</w:t>
      </w:r>
    </w:p>
    <w:p w14:paraId="3EB0BE21"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It gives the college a visible way to say that it is actively developing oral communication, confidence, teamwork, and professionalism.</w:t>
      </w:r>
    </w:p>
    <w:p w14:paraId="1D7ACC49"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D. It is distinctive</w:t>
      </w:r>
    </w:p>
    <w:p w14:paraId="0AFBCD43"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Many schools talk about AI. Far fewer create applied courses that combine AI with real communication performance and soft skills training.</w:t>
      </w:r>
    </w:p>
    <w:p w14:paraId="78FE346A"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E. It is marketable</w:t>
      </w:r>
    </w:p>
    <w:p w14:paraId="4B2DC5BC"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Students will understand the value of a course that promises to help them present better, faster, and with less anxiety.</w:t>
      </w:r>
    </w:p>
    <w:p w14:paraId="3607A79F"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F. It is academically defensible</w:t>
      </w:r>
    </w:p>
    <w:p w14:paraId="5EB64EEF"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 xml:space="preserve">This is not a gimmick course. It has </w:t>
      </w:r>
      <w:proofErr w:type="gramStart"/>
      <w:r w:rsidRPr="00A743CB">
        <w:rPr>
          <w:rFonts w:cs="Times New Roman"/>
          <w:szCs w:val="24"/>
        </w:rPr>
        <w:t>a clear</w:t>
      </w:r>
      <w:proofErr w:type="gramEnd"/>
      <w:r w:rsidRPr="00A743CB">
        <w:rPr>
          <w:rFonts w:cs="Times New Roman"/>
          <w:szCs w:val="24"/>
        </w:rPr>
        <w:t xml:space="preserve"> learning logic, repeated assessment, structured accountability, and concrete skill outcomes.</w:t>
      </w:r>
    </w:p>
    <w:p w14:paraId="12FF0E4E" w14:textId="77777777" w:rsidR="00A743CB" w:rsidRPr="00A743CB" w:rsidRDefault="00A743CB" w:rsidP="00A743CB">
      <w:pPr>
        <w:spacing w:after="0" w:line="240" w:lineRule="auto"/>
        <w:rPr>
          <w:rFonts w:cs="Times New Roman"/>
          <w:szCs w:val="24"/>
        </w:rPr>
      </w:pPr>
      <w:r w:rsidRPr="00A743CB">
        <w:rPr>
          <w:rFonts w:cs="Times New Roman"/>
          <w:szCs w:val="24"/>
        </w:rPr>
        <w:lastRenderedPageBreak/>
        <w:pict w14:anchorId="0D978205">
          <v:rect id="_x0000_i1032" style="width:0;height:1.5pt" o:hralign="center" o:hrstd="t" o:hr="t" fillcolor="#a0a0a0" stroked="f"/>
        </w:pict>
      </w:r>
    </w:p>
    <w:p w14:paraId="5DD473E4"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6. COURSE OVERVIEW</w:t>
      </w:r>
    </w:p>
    <w:p w14:paraId="3A6EDC74"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Course Title:</w:t>
      </w:r>
      <w:r w:rsidRPr="00A743CB">
        <w:rPr>
          <w:rFonts w:cs="Times New Roman"/>
          <w:szCs w:val="24"/>
        </w:rPr>
        <w:t xml:space="preserve"> AI for Presentations</w:t>
      </w:r>
      <w:r w:rsidRPr="00A743CB">
        <w:rPr>
          <w:rFonts w:cs="Times New Roman"/>
          <w:szCs w:val="24"/>
        </w:rPr>
        <w:br/>
      </w:r>
      <w:r w:rsidRPr="00A743CB">
        <w:rPr>
          <w:rFonts w:cs="Times New Roman"/>
          <w:b/>
          <w:bCs/>
          <w:szCs w:val="24"/>
        </w:rPr>
        <w:t>Course Format:</w:t>
      </w:r>
      <w:r w:rsidRPr="00A743CB">
        <w:rPr>
          <w:rFonts w:cs="Times New Roman"/>
          <w:szCs w:val="24"/>
        </w:rPr>
        <w:t xml:space="preserve"> Face-to-face</w:t>
      </w:r>
      <w:r w:rsidRPr="00A743CB">
        <w:rPr>
          <w:rFonts w:cs="Times New Roman"/>
          <w:szCs w:val="24"/>
        </w:rPr>
        <w:br/>
      </w:r>
      <w:r w:rsidRPr="00A743CB">
        <w:rPr>
          <w:rFonts w:cs="Times New Roman"/>
          <w:b/>
          <w:bCs/>
          <w:szCs w:val="24"/>
        </w:rPr>
        <w:t>Course Length:</w:t>
      </w:r>
      <w:r w:rsidRPr="00A743CB">
        <w:rPr>
          <w:rFonts w:cs="Times New Roman"/>
          <w:szCs w:val="24"/>
        </w:rPr>
        <w:t xml:space="preserve"> 15 weeks</w:t>
      </w:r>
      <w:r w:rsidRPr="00A743CB">
        <w:rPr>
          <w:rFonts w:cs="Times New Roman"/>
          <w:szCs w:val="24"/>
        </w:rPr>
        <w:br/>
      </w:r>
      <w:r w:rsidRPr="00A743CB">
        <w:rPr>
          <w:rFonts w:cs="Times New Roman"/>
          <w:b/>
          <w:bCs/>
          <w:szCs w:val="24"/>
        </w:rPr>
        <w:t>Meeting Frequency:</w:t>
      </w:r>
      <w:r w:rsidRPr="00A743CB">
        <w:rPr>
          <w:rFonts w:cs="Times New Roman"/>
          <w:szCs w:val="24"/>
        </w:rPr>
        <w:t xml:space="preserve"> Twice per week</w:t>
      </w:r>
      <w:r w:rsidRPr="00A743CB">
        <w:rPr>
          <w:rFonts w:cs="Times New Roman"/>
          <w:szCs w:val="24"/>
        </w:rPr>
        <w:br/>
      </w:r>
      <w:r w:rsidRPr="00A743CB">
        <w:rPr>
          <w:rFonts w:cs="Times New Roman"/>
          <w:b/>
          <w:bCs/>
          <w:szCs w:val="24"/>
        </w:rPr>
        <w:t>Class Length:</w:t>
      </w:r>
      <w:r w:rsidRPr="00A743CB">
        <w:rPr>
          <w:rFonts w:cs="Times New Roman"/>
          <w:szCs w:val="24"/>
        </w:rPr>
        <w:t xml:space="preserve"> 1 hour 15 minutes per meeting</w:t>
      </w:r>
    </w:p>
    <w:p w14:paraId="4A0C13D3"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This course teaches students how to use artificial intelligence to create, refine, and deliver effective presentations. Students learn how to prompt AI for useful outputs, improve those outputs through repeated prompting, evaluate what makes presentations effective, create better slides in less time, rehearse more intelligently, and develop stronger public speaking confidence.</w:t>
      </w:r>
    </w:p>
    <w:p w14:paraId="4C615CA5"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 xml:space="preserve">The class is built around performance. Students </w:t>
      </w:r>
      <w:proofErr w:type="gramStart"/>
      <w:r w:rsidRPr="00A743CB">
        <w:rPr>
          <w:rFonts w:cs="Times New Roman"/>
          <w:szCs w:val="24"/>
        </w:rPr>
        <w:t>present</w:t>
      </w:r>
      <w:proofErr w:type="gramEnd"/>
      <w:r w:rsidRPr="00A743CB">
        <w:rPr>
          <w:rFonts w:cs="Times New Roman"/>
          <w:szCs w:val="24"/>
        </w:rPr>
        <w:t xml:space="preserve"> frequently. They do not just discuss communication; they practice it.</w:t>
      </w:r>
    </w:p>
    <w:p w14:paraId="4E2BFB5C" w14:textId="77777777" w:rsidR="00A743CB" w:rsidRPr="00A743CB" w:rsidRDefault="00A743CB" w:rsidP="00A743CB">
      <w:pPr>
        <w:spacing w:after="0" w:line="240" w:lineRule="auto"/>
        <w:rPr>
          <w:rFonts w:cs="Times New Roman"/>
          <w:szCs w:val="24"/>
        </w:rPr>
      </w:pPr>
      <w:r w:rsidRPr="00A743CB">
        <w:rPr>
          <w:rFonts w:cs="Times New Roman"/>
          <w:szCs w:val="24"/>
        </w:rPr>
        <w:pict w14:anchorId="0863C2CD">
          <v:rect id="_x0000_i1033" style="width:0;height:1.5pt" o:hralign="center" o:hrstd="t" o:hr="t" fillcolor="#a0a0a0" stroked="f"/>
        </w:pict>
      </w:r>
    </w:p>
    <w:p w14:paraId="0856D4F6"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7. SIGNATURE COURSE OUTCOME</w:t>
      </w:r>
    </w:p>
    <w:p w14:paraId="0634A15C"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By the end of this course, students will be able to plan, build, and deliver a coherent 10-minute presentation within a one-hour period using AI-assisted workflows and sound presentation principles.</w:t>
      </w:r>
    </w:p>
    <w:p w14:paraId="2C1EFE8B"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This is the defining promise of the course and one of its strongest selling points.</w:t>
      </w:r>
    </w:p>
    <w:p w14:paraId="3C17F635" w14:textId="77777777" w:rsidR="00A743CB" w:rsidRPr="00A743CB" w:rsidRDefault="00A743CB" w:rsidP="00A743CB">
      <w:pPr>
        <w:spacing w:after="0" w:line="240" w:lineRule="auto"/>
        <w:rPr>
          <w:rFonts w:cs="Times New Roman"/>
          <w:szCs w:val="24"/>
        </w:rPr>
      </w:pPr>
      <w:r w:rsidRPr="00A743CB">
        <w:rPr>
          <w:rFonts w:cs="Times New Roman"/>
          <w:szCs w:val="24"/>
        </w:rPr>
        <w:pict w14:anchorId="7634E2CC">
          <v:rect id="_x0000_i1034" style="width:0;height:1.5pt" o:hralign="center" o:hrstd="t" o:hr="t" fillcolor="#a0a0a0" stroked="f"/>
        </w:pict>
      </w:r>
    </w:p>
    <w:p w14:paraId="7E4D35AD"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8. STUDENT LEARNING OUTCOMES</w:t>
      </w:r>
    </w:p>
    <w:p w14:paraId="731139A9"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By the end of the course, students will be able to:</w:t>
      </w:r>
    </w:p>
    <w:p w14:paraId="76DE067F" w14:textId="77777777" w:rsidR="00A743CB" w:rsidRPr="00A743CB" w:rsidRDefault="00A743CB" w:rsidP="00A743CB">
      <w:pPr>
        <w:numPr>
          <w:ilvl w:val="0"/>
          <w:numId w:val="12"/>
        </w:numPr>
        <w:spacing w:before="100" w:beforeAutospacing="1" w:after="100" w:afterAutospacing="1" w:line="240" w:lineRule="auto"/>
        <w:rPr>
          <w:rFonts w:cs="Times New Roman"/>
          <w:szCs w:val="24"/>
        </w:rPr>
      </w:pPr>
      <w:r w:rsidRPr="00A743CB">
        <w:rPr>
          <w:rFonts w:cs="Times New Roman"/>
          <w:szCs w:val="24"/>
        </w:rPr>
        <w:t>Use AI tools to brainstorm, outline, refine, and improve presentation content.</w:t>
      </w:r>
    </w:p>
    <w:p w14:paraId="3EAC2AF3" w14:textId="77777777" w:rsidR="00A743CB" w:rsidRPr="00A743CB" w:rsidRDefault="00A743CB" w:rsidP="00A743CB">
      <w:pPr>
        <w:numPr>
          <w:ilvl w:val="0"/>
          <w:numId w:val="12"/>
        </w:numPr>
        <w:spacing w:before="100" w:beforeAutospacing="1" w:after="100" w:afterAutospacing="1" w:line="240" w:lineRule="auto"/>
        <w:rPr>
          <w:rFonts w:cs="Times New Roman"/>
          <w:szCs w:val="24"/>
        </w:rPr>
      </w:pPr>
      <w:r w:rsidRPr="00A743CB">
        <w:rPr>
          <w:rFonts w:cs="Times New Roman"/>
          <w:szCs w:val="24"/>
        </w:rPr>
        <w:t>Write effective prompts that generate useful presentation materials.</w:t>
      </w:r>
    </w:p>
    <w:p w14:paraId="6DF88D02" w14:textId="77777777" w:rsidR="00A743CB" w:rsidRPr="00A743CB" w:rsidRDefault="00A743CB" w:rsidP="00A743CB">
      <w:pPr>
        <w:numPr>
          <w:ilvl w:val="0"/>
          <w:numId w:val="12"/>
        </w:numPr>
        <w:spacing w:before="100" w:beforeAutospacing="1" w:after="100" w:afterAutospacing="1" w:line="240" w:lineRule="auto"/>
        <w:rPr>
          <w:rFonts w:cs="Times New Roman"/>
          <w:szCs w:val="24"/>
        </w:rPr>
      </w:pPr>
      <w:r w:rsidRPr="00A743CB">
        <w:rPr>
          <w:rFonts w:cs="Times New Roman"/>
          <w:szCs w:val="24"/>
        </w:rPr>
        <w:t>Improve AI-generated output through repeated prompting and revision.</w:t>
      </w:r>
    </w:p>
    <w:p w14:paraId="734672AB" w14:textId="77777777" w:rsidR="00A743CB" w:rsidRPr="00A743CB" w:rsidRDefault="00A743CB" w:rsidP="00A743CB">
      <w:pPr>
        <w:numPr>
          <w:ilvl w:val="0"/>
          <w:numId w:val="12"/>
        </w:numPr>
        <w:spacing w:before="100" w:beforeAutospacing="1" w:after="100" w:afterAutospacing="1" w:line="240" w:lineRule="auto"/>
        <w:rPr>
          <w:rFonts w:cs="Times New Roman"/>
          <w:szCs w:val="24"/>
        </w:rPr>
      </w:pPr>
      <w:r w:rsidRPr="00A743CB">
        <w:rPr>
          <w:rFonts w:cs="Times New Roman"/>
          <w:szCs w:val="24"/>
        </w:rPr>
        <w:t>Explain why strong AI use depends on iteration rather than one-time prompting.</w:t>
      </w:r>
    </w:p>
    <w:p w14:paraId="70AA0E84" w14:textId="77777777" w:rsidR="00A743CB" w:rsidRPr="00A743CB" w:rsidRDefault="00A743CB" w:rsidP="00A743CB">
      <w:pPr>
        <w:numPr>
          <w:ilvl w:val="0"/>
          <w:numId w:val="12"/>
        </w:numPr>
        <w:spacing w:before="100" w:beforeAutospacing="1" w:after="100" w:afterAutospacing="1" w:line="240" w:lineRule="auto"/>
        <w:rPr>
          <w:rFonts w:cs="Times New Roman"/>
          <w:szCs w:val="24"/>
        </w:rPr>
      </w:pPr>
      <w:r w:rsidRPr="00A743CB">
        <w:rPr>
          <w:rFonts w:cs="Times New Roman"/>
          <w:szCs w:val="24"/>
        </w:rPr>
        <w:t>Use AI as a presentation assistant rather than a replacement for judgment.</w:t>
      </w:r>
    </w:p>
    <w:p w14:paraId="46FBDCA8" w14:textId="77777777" w:rsidR="00A743CB" w:rsidRPr="00A743CB" w:rsidRDefault="00A743CB" w:rsidP="00A743CB">
      <w:pPr>
        <w:numPr>
          <w:ilvl w:val="0"/>
          <w:numId w:val="12"/>
        </w:numPr>
        <w:spacing w:before="100" w:beforeAutospacing="1" w:after="100" w:afterAutospacing="1" w:line="240" w:lineRule="auto"/>
        <w:rPr>
          <w:rFonts w:cs="Times New Roman"/>
          <w:szCs w:val="24"/>
        </w:rPr>
      </w:pPr>
      <w:r w:rsidRPr="00A743CB">
        <w:rPr>
          <w:rFonts w:cs="Times New Roman"/>
          <w:szCs w:val="24"/>
        </w:rPr>
        <w:t>Identify the major qualities of an effective presentation.</w:t>
      </w:r>
    </w:p>
    <w:p w14:paraId="474CF8DD" w14:textId="77777777" w:rsidR="00A743CB" w:rsidRPr="00A743CB" w:rsidRDefault="00A743CB" w:rsidP="00A743CB">
      <w:pPr>
        <w:numPr>
          <w:ilvl w:val="0"/>
          <w:numId w:val="12"/>
        </w:numPr>
        <w:spacing w:before="100" w:beforeAutospacing="1" w:after="100" w:afterAutospacing="1" w:line="240" w:lineRule="auto"/>
        <w:rPr>
          <w:rFonts w:cs="Times New Roman"/>
          <w:szCs w:val="24"/>
        </w:rPr>
      </w:pPr>
      <w:r w:rsidRPr="00A743CB">
        <w:rPr>
          <w:rFonts w:cs="Times New Roman"/>
          <w:szCs w:val="24"/>
        </w:rPr>
        <w:t>Create visually clean, organized, audience-focused slide decks.</w:t>
      </w:r>
    </w:p>
    <w:p w14:paraId="6EF41C56" w14:textId="77777777" w:rsidR="00A743CB" w:rsidRPr="00A743CB" w:rsidRDefault="00A743CB" w:rsidP="00A743CB">
      <w:pPr>
        <w:numPr>
          <w:ilvl w:val="0"/>
          <w:numId w:val="12"/>
        </w:numPr>
        <w:spacing w:before="100" w:beforeAutospacing="1" w:after="100" w:afterAutospacing="1" w:line="240" w:lineRule="auto"/>
        <w:rPr>
          <w:rFonts w:cs="Times New Roman"/>
          <w:szCs w:val="24"/>
        </w:rPr>
      </w:pPr>
      <w:r w:rsidRPr="00A743CB">
        <w:rPr>
          <w:rFonts w:cs="Times New Roman"/>
          <w:szCs w:val="24"/>
        </w:rPr>
        <w:t>Deliver clear, confident, and professional 10-minute presentations.</w:t>
      </w:r>
    </w:p>
    <w:p w14:paraId="25EFF838" w14:textId="77777777" w:rsidR="00A743CB" w:rsidRPr="00A743CB" w:rsidRDefault="00A743CB" w:rsidP="00A743CB">
      <w:pPr>
        <w:numPr>
          <w:ilvl w:val="0"/>
          <w:numId w:val="12"/>
        </w:numPr>
        <w:spacing w:before="100" w:beforeAutospacing="1" w:after="100" w:afterAutospacing="1" w:line="240" w:lineRule="auto"/>
        <w:rPr>
          <w:rFonts w:cs="Times New Roman"/>
          <w:szCs w:val="24"/>
        </w:rPr>
      </w:pPr>
      <w:r w:rsidRPr="00A743CB">
        <w:rPr>
          <w:rFonts w:cs="Times New Roman"/>
          <w:szCs w:val="24"/>
        </w:rPr>
        <w:t>Use AI to improve rehearsal, speaker notes, transitions, and delivery preparation.</w:t>
      </w:r>
    </w:p>
    <w:p w14:paraId="02124242" w14:textId="77777777" w:rsidR="00A743CB" w:rsidRPr="00A743CB" w:rsidRDefault="00A743CB" w:rsidP="00A743CB">
      <w:pPr>
        <w:numPr>
          <w:ilvl w:val="0"/>
          <w:numId w:val="12"/>
        </w:numPr>
        <w:spacing w:before="100" w:beforeAutospacing="1" w:after="100" w:afterAutospacing="1" w:line="240" w:lineRule="auto"/>
        <w:rPr>
          <w:rFonts w:cs="Times New Roman"/>
          <w:szCs w:val="24"/>
        </w:rPr>
      </w:pPr>
      <w:r w:rsidRPr="00A743CB">
        <w:rPr>
          <w:rFonts w:cs="Times New Roman"/>
          <w:szCs w:val="24"/>
        </w:rPr>
        <w:t>Work effectively in teams to create and deliver presentations.</w:t>
      </w:r>
    </w:p>
    <w:p w14:paraId="11847D26" w14:textId="77777777" w:rsidR="00A743CB" w:rsidRPr="00A743CB" w:rsidRDefault="00A743CB" w:rsidP="00A743CB">
      <w:pPr>
        <w:numPr>
          <w:ilvl w:val="0"/>
          <w:numId w:val="12"/>
        </w:numPr>
        <w:spacing w:before="100" w:beforeAutospacing="1" w:after="100" w:afterAutospacing="1" w:line="240" w:lineRule="auto"/>
        <w:rPr>
          <w:rFonts w:cs="Times New Roman"/>
          <w:szCs w:val="24"/>
        </w:rPr>
      </w:pPr>
      <w:r w:rsidRPr="00A743CB">
        <w:rPr>
          <w:rFonts w:cs="Times New Roman"/>
          <w:szCs w:val="24"/>
        </w:rPr>
        <w:t xml:space="preserve">Perform </w:t>
      </w:r>
      <w:proofErr w:type="gramStart"/>
      <w:r w:rsidRPr="00A743CB">
        <w:rPr>
          <w:rFonts w:cs="Times New Roman"/>
          <w:szCs w:val="24"/>
        </w:rPr>
        <w:t>under time</w:t>
      </w:r>
      <w:proofErr w:type="gramEnd"/>
      <w:r w:rsidRPr="00A743CB">
        <w:rPr>
          <w:rFonts w:cs="Times New Roman"/>
          <w:szCs w:val="24"/>
        </w:rPr>
        <w:t xml:space="preserve"> pressure and adapt to unfamiliar topics.</w:t>
      </w:r>
    </w:p>
    <w:p w14:paraId="22C1E3DD" w14:textId="77777777" w:rsidR="00A743CB" w:rsidRPr="00A743CB" w:rsidRDefault="00A743CB" w:rsidP="00A743CB">
      <w:pPr>
        <w:numPr>
          <w:ilvl w:val="0"/>
          <w:numId w:val="12"/>
        </w:numPr>
        <w:spacing w:before="100" w:beforeAutospacing="1" w:after="100" w:afterAutospacing="1" w:line="240" w:lineRule="auto"/>
        <w:rPr>
          <w:rFonts w:cs="Times New Roman"/>
          <w:szCs w:val="24"/>
        </w:rPr>
      </w:pPr>
      <w:r w:rsidRPr="00A743CB">
        <w:rPr>
          <w:rFonts w:cs="Times New Roman"/>
          <w:szCs w:val="24"/>
        </w:rPr>
        <w:lastRenderedPageBreak/>
        <w:t>Develop soft skills including confidence, poise, audience awareness, verbal clarity, teamwork, and professional presence.</w:t>
      </w:r>
    </w:p>
    <w:p w14:paraId="034F6397" w14:textId="77777777" w:rsidR="00A743CB" w:rsidRPr="00A743CB" w:rsidRDefault="00A743CB" w:rsidP="00A743CB">
      <w:pPr>
        <w:numPr>
          <w:ilvl w:val="0"/>
          <w:numId w:val="12"/>
        </w:numPr>
        <w:spacing w:before="100" w:beforeAutospacing="1" w:after="100" w:afterAutospacing="1" w:line="240" w:lineRule="auto"/>
        <w:rPr>
          <w:rFonts w:cs="Times New Roman"/>
          <w:szCs w:val="24"/>
        </w:rPr>
      </w:pPr>
      <w:r w:rsidRPr="00A743CB">
        <w:rPr>
          <w:rFonts w:cs="Times New Roman"/>
          <w:szCs w:val="24"/>
        </w:rPr>
        <w:t>Reduce presentation anxiety through repeated practice.</w:t>
      </w:r>
    </w:p>
    <w:p w14:paraId="17AC4437" w14:textId="77777777" w:rsidR="00A743CB" w:rsidRPr="00A743CB" w:rsidRDefault="00A743CB" w:rsidP="00A743CB">
      <w:pPr>
        <w:spacing w:after="0" w:line="240" w:lineRule="auto"/>
        <w:rPr>
          <w:rFonts w:cs="Times New Roman"/>
          <w:szCs w:val="24"/>
        </w:rPr>
      </w:pPr>
      <w:r w:rsidRPr="00A743CB">
        <w:rPr>
          <w:rFonts w:cs="Times New Roman"/>
          <w:szCs w:val="24"/>
        </w:rPr>
        <w:pict w14:anchorId="65EDB261">
          <v:rect id="_x0000_i1035" style="width:0;height:1.5pt" o:hralign="center" o:hrstd="t" o:hr="t" fillcolor="#a0a0a0" stroked="f"/>
        </w:pict>
      </w:r>
    </w:p>
    <w:p w14:paraId="46C1B9D7"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9. COURSE DESIGN AND DELIVERY MODEL</w:t>
      </w:r>
    </w:p>
    <w:p w14:paraId="11033F01"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The course meets twice each week.</w:t>
      </w:r>
    </w:p>
    <w:p w14:paraId="4494D14B"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Class Meeting One</w:t>
      </w:r>
    </w:p>
    <w:p w14:paraId="1C2E1279"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Instruction, demonstration, prompting practice, AI tool guidance, slide design strategy, delivery coaching, and assignment launch.</w:t>
      </w:r>
    </w:p>
    <w:p w14:paraId="2E8778D6"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Class Meeting Two</w:t>
      </w:r>
    </w:p>
    <w:p w14:paraId="1E336B28"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Presentation day. Students deliver the assigned talk, receive feedback, and reflect on how AI supported or failed to support their preparation.</w:t>
      </w:r>
    </w:p>
    <w:p w14:paraId="35A2A6F6"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This structure is a major strength of the course because it creates a cycle of instruction, application, and performance every week.</w:t>
      </w:r>
    </w:p>
    <w:p w14:paraId="3BEC0582" w14:textId="77777777" w:rsidR="00A743CB" w:rsidRPr="00A743CB" w:rsidRDefault="00A743CB" w:rsidP="00A743CB">
      <w:pPr>
        <w:spacing w:after="0" w:line="240" w:lineRule="auto"/>
        <w:rPr>
          <w:rFonts w:cs="Times New Roman"/>
          <w:szCs w:val="24"/>
        </w:rPr>
      </w:pPr>
      <w:r w:rsidRPr="00A743CB">
        <w:rPr>
          <w:rFonts w:cs="Times New Roman"/>
          <w:szCs w:val="24"/>
        </w:rPr>
        <w:pict w14:anchorId="6AE12042">
          <v:rect id="_x0000_i1036" style="width:0;height:1.5pt" o:hralign="center" o:hrstd="t" o:hr="t" fillcolor="#a0a0a0" stroked="f"/>
        </w:pict>
      </w:r>
    </w:p>
    <w:p w14:paraId="689C1368"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10. MAJOR ASSIGNMENTS AND PRESENTATION SEQUENCE</w:t>
      </w:r>
    </w:p>
    <w:p w14:paraId="46A16C0D"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Solo Presentation 1: Introduce Yourself with AI Support</w:t>
      </w:r>
    </w:p>
    <w:p w14:paraId="39BAFE72"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Students create a short professional self-introduction presentation focused on their background, strengths, interests, and goals.</w:t>
      </w:r>
    </w:p>
    <w:p w14:paraId="55C03F71"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Team Presentation 1: Explain an AI Tool</w:t>
      </w:r>
    </w:p>
    <w:p w14:paraId="4B4EBEB2"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Teams present on an AI tool, how it works, who it is for, and why it matters.</w:t>
      </w:r>
    </w:p>
    <w:p w14:paraId="26F69B0B"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Solo Presentation 2: Teach the Class Something Useful</w:t>
      </w:r>
    </w:p>
    <w:p w14:paraId="5DA6A972"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Students teach the class how to do, understand, or improve something in a clear and engaging way.</w:t>
      </w:r>
    </w:p>
    <w:p w14:paraId="5DBF59F2"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lastRenderedPageBreak/>
        <w:t>Team Presentation 2: Solve a Real-World Problem</w:t>
      </w:r>
    </w:p>
    <w:p w14:paraId="10EA8976"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Teams identify a problem and present a practical solution supported by AI-assisted preparation.</w:t>
      </w:r>
    </w:p>
    <w:p w14:paraId="10A8209A"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Solo Presentation 3: Persuasive Presentation</w:t>
      </w:r>
    </w:p>
    <w:p w14:paraId="1CF77848"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 xml:space="preserve">Students argue </w:t>
      </w:r>
      <w:proofErr w:type="gramStart"/>
      <w:r w:rsidRPr="00A743CB">
        <w:rPr>
          <w:rFonts w:cs="Times New Roman"/>
          <w:szCs w:val="24"/>
        </w:rPr>
        <w:t>for</w:t>
      </w:r>
      <w:proofErr w:type="gramEnd"/>
      <w:r w:rsidRPr="00A743CB">
        <w:rPr>
          <w:rFonts w:cs="Times New Roman"/>
          <w:szCs w:val="24"/>
        </w:rPr>
        <w:t xml:space="preserve"> an idea, product, position, or action.</w:t>
      </w:r>
    </w:p>
    <w:p w14:paraId="5CCE2ECE"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Team Presentation 3: Comparison Presentation</w:t>
      </w:r>
    </w:p>
    <w:p w14:paraId="6CE68E11"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Teams compare two tools, products, ideas, or strategies and recommend one.</w:t>
      </w:r>
    </w:p>
    <w:p w14:paraId="63E51E55"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Solo Presentation 4: Information into Story</w:t>
      </w:r>
    </w:p>
    <w:p w14:paraId="67C97BF7"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Students take information, evidence, or basic data and turn it into an engaging, meaningful presentation.</w:t>
      </w:r>
    </w:p>
    <w:p w14:paraId="37A5B1CF"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Team Presentation 4: Crisis or Challenge Response</w:t>
      </w:r>
    </w:p>
    <w:p w14:paraId="6AA32E6F"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Teams present a response plan to a difficult business, campus, or social scenario.</w:t>
      </w:r>
    </w:p>
    <w:p w14:paraId="1139492B"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Solo Presentation 5: Rapid Build Presentation</w:t>
      </w:r>
    </w:p>
    <w:p w14:paraId="5DB8BF3A"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Students create and deliver a presentation under tighter preparation time constraints.</w:t>
      </w:r>
    </w:p>
    <w:p w14:paraId="138CEE49"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Team Presentation 5: Pitch Presentation</w:t>
      </w:r>
    </w:p>
    <w:p w14:paraId="209E34AC"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Teams deliver a professional pitch for an idea, initiative, business, or project.</w:t>
      </w:r>
    </w:p>
    <w:p w14:paraId="70576F44" w14:textId="77777777" w:rsidR="00A743CB" w:rsidRPr="00A743CB" w:rsidRDefault="00A743CB" w:rsidP="00A743CB">
      <w:pPr>
        <w:spacing w:after="0" w:line="240" w:lineRule="auto"/>
        <w:rPr>
          <w:rFonts w:cs="Times New Roman"/>
          <w:szCs w:val="24"/>
        </w:rPr>
      </w:pPr>
      <w:r w:rsidRPr="00A743CB">
        <w:rPr>
          <w:rFonts w:cs="Times New Roman"/>
          <w:szCs w:val="24"/>
        </w:rPr>
        <w:pict w14:anchorId="599F68D4">
          <v:rect id="_x0000_i1037" style="width:0;height:1.5pt" o:hralign="center" o:hrstd="t" o:hr="t" fillcolor="#a0a0a0" stroked="f"/>
        </w:pict>
      </w:r>
    </w:p>
    <w:p w14:paraId="65547A2A"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11. FINAL EXAM DESIGN</w:t>
      </w:r>
    </w:p>
    <w:p w14:paraId="74DF7DD6"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The final exam is an in-class presentation challenge.</w:t>
      </w:r>
    </w:p>
    <w:p w14:paraId="3CEB801D"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Students are given a topic in class and then have a limited amount of time to prepare a presentation using AI tools and their own judgment. They then deliver a live presentation.</w:t>
      </w:r>
    </w:p>
    <w:p w14:paraId="319EBEAA"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 xml:space="preserve">The final is especially valuable because it tests both AI-supported preparation and the soft skills that actually </w:t>
      </w:r>
      <w:proofErr w:type="gramStart"/>
      <w:r w:rsidRPr="00A743CB">
        <w:rPr>
          <w:rFonts w:cs="Times New Roman"/>
          <w:szCs w:val="24"/>
        </w:rPr>
        <w:t>matter:</w:t>
      </w:r>
      <w:proofErr w:type="gramEnd"/>
      <w:r w:rsidRPr="00A743CB">
        <w:rPr>
          <w:rFonts w:cs="Times New Roman"/>
          <w:szCs w:val="24"/>
        </w:rPr>
        <w:t xml:space="preserve"> composure, clarity, adaptability, and delivery under pressure.</w:t>
      </w:r>
    </w:p>
    <w:p w14:paraId="32054957" w14:textId="77777777" w:rsidR="00A743CB" w:rsidRPr="00A743CB" w:rsidRDefault="00A743CB" w:rsidP="00A743CB">
      <w:pPr>
        <w:spacing w:after="0" w:line="240" w:lineRule="auto"/>
        <w:rPr>
          <w:rFonts w:cs="Times New Roman"/>
          <w:szCs w:val="24"/>
        </w:rPr>
      </w:pPr>
      <w:r w:rsidRPr="00A743CB">
        <w:rPr>
          <w:rFonts w:cs="Times New Roman"/>
          <w:szCs w:val="24"/>
        </w:rPr>
        <w:pict w14:anchorId="538579BC">
          <v:rect id="_x0000_i1038" style="width:0;height:1.5pt" o:hralign="center" o:hrstd="t" o:hr="t" fillcolor="#a0a0a0" stroked="f"/>
        </w:pict>
      </w:r>
    </w:p>
    <w:p w14:paraId="0FDB5052"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lastRenderedPageBreak/>
        <w:t>12. RECOMMENDED TOOLS AND RESOURCES</w:t>
      </w:r>
    </w:p>
    <w:p w14:paraId="6BA518BA"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Students may use tools such as:</w:t>
      </w:r>
    </w:p>
    <w:p w14:paraId="37B28797" w14:textId="77777777" w:rsidR="00A743CB" w:rsidRPr="00A743CB" w:rsidRDefault="00A743CB" w:rsidP="00A743CB">
      <w:pPr>
        <w:numPr>
          <w:ilvl w:val="0"/>
          <w:numId w:val="13"/>
        </w:numPr>
        <w:spacing w:before="100" w:beforeAutospacing="1" w:after="100" w:afterAutospacing="1" w:line="240" w:lineRule="auto"/>
        <w:rPr>
          <w:rFonts w:cs="Times New Roman"/>
          <w:szCs w:val="24"/>
        </w:rPr>
      </w:pPr>
      <w:r w:rsidRPr="00A743CB">
        <w:rPr>
          <w:rFonts w:cs="Times New Roman"/>
          <w:szCs w:val="24"/>
        </w:rPr>
        <w:t>ChatGPT</w:t>
      </w:r>
    </w:p>
    <w:p w14:paraId="5708749C" w14:textId="66916621" w:rsidR="00A743CB" w:rsidRPr="00A743CB" w:rsidRDefault="008005E3" w:rsidP="00A743CB">
      <w:pPr>
        <w:numPr>
          <w:ilvl w:val="0"/>
          <w:numId w:val="13"/>
        </w:numPr>
        <w:spacing w:before="100" w:beforeAutospacing="1" w:after="100" w:afterAutospacing="1" w:line="240" w:lineRule="auto"/>
        <w:rPr>
          <w:rFonts w:cs="Times New Roman"/>
          <w:szCs w:val="24"/>
        </w:rPr>
      </w:pPr>
      <w:r>
        <w:rPr>
          <w:rFonts w:cs="Times New Roman"/>
          <w:szCs w:val="24"/>
        </w:rPr>
        <w:t>Gemini</w:t>
      </w:r>
    </w:p>
    <w:p w14:paraId="7951A08F" w14:textId="77777777" w:rsidR="00A743CB" w:rsidRPr="00A743CB" w:rsidRDefault="00A743CB" w:rsidP="00A743CB">
      <w:pPr>
        <w:numPr>
          <w:ilvl w:val="0"/>
          <w:numId w:val="13"/>
        </w:numPr>
        <w:spacing w:before="100" w:beforeAutospacing="1" w:after="100" w:afterAutospacing="1" w:line="240" w:lineRule="auto"/>
        <w:rPr>
          <w:rFonts w:cs="Times New Roman"/>
          <w:szCs w:val="24"/>
        </w:rPr>
      </w:pPr>
      <w:r w:rsidRPr="00A743CB">
        <w:rPr>
          <w:rFonts w:cs="Times New Roman"/>
          <w:szCs w:val="24"/>
        </w:rPr>
        <w:t>Microsoft Copilot</w:t>
      </w:r>
    </w:p>
    <w:p w14:paraId="4B8979EC" w14:textId="77777777" w:rsidR="00A743CB" w:rsidRPr="00A743CB" w:rsidRDefault="00A743CB" w:rsidP="00A743CB">
      <w:pPr>
        <w:numPr>
          <w:ilvl w:val="0"/>
          <w:numId w:val="13"/>
        </w:numPr>
        <w:spacing w:before="100" w:beforeAutospacing="1" w:after="100" w:afterAutospacing="1" w:line="240" w:lineRule="auto"/>
        <w:rPr>
          <w:rFonts w:cs="Times New Roman"/>
          <w:szCs w:val="24"/>
        </w:rPr>
      </w:pPr>
      <w:r w:rsidRPr="00A743CB">
        <w:rPr>
          <w:rFonts w:cs="Times New Roman"/>
          <w:szCs w:val="24"/>
        </w:rPr>
        <w:t>PowerPoint AI-supported features</w:t>
      </w:r>
    </w:p>
    <w:p w14:paraId="75123A82" w14:textId="381A637B" w:rsidR="008005E3" w:rsidRDefault="008005E3" w:rsidP="00A743CB">
      <w:pPr>
        <w:numPr>
          <w:ilvl w:val="0"/>
          <w:numId w:val="13"/>
        </w:numPr>
        <w:spacing w:before="100" w:beforeAutospacing="1" w:after="100" w:afterAutospacing="1" w:line="240" w:lineRule="auto"/>
        <w:rPr>
          <w:rFonts w:cs="Times New Roman"/>
          <w:szCs w:val="24"/>
        </w:rPr>
      </w:pPr>
      <w:r>
        <w:rPr>
          <w:rFonts w:cs="Times New Roman"/>
          <w:szCs w:val="24"/>
        </w:rPr>
        <w:t>NotebookLM</w:t>
      </w:r>
    </w:p>
    <w:p w14:paraId="3FE44240" w14:textId="6E5519A5" w:rsidR="008005E3" w:rsidRPr="00A743CB" w:rsidRDefault="008005E3" w:rsidP="00A743CB">
      <w:pPr>
        <w:numPr>
          <w:ilvl w:val="0"/>
          <w:numId w:val="13"/>
        </w:numPr>
        <w:spacing w:before="100" w:beforeAutospacing="1" w:after="100" w:afterAutospacing="1" w:line="240" w:lineRule="auto"/>
        <w:rPr>
          <w:rFonts w:cs="Times New Roman"/>
          <w:szCs w:val="24"/>
        </w:rPr>
      </w:pPr>
      <w:r>
        <w:rPr>
          <w:rFonts w:cs="Times New Roman"/>
          <w:szCs w:val="24"/>
        </w:rPr>
        <w:t>PopAi</w:t>
      </w:r>
    </w:p>
    <w:p w14:paraId="36A025E3"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The instructor may introduce additional tools depending on availability and instructional value.</w:t>
      </w:r>
    </w:p>
    <w:p w14:paraId="38DA4D82" w14:textId="77777777" w:rsidR="00A743CB" w:rsidRPr="00A743CB" w:rsidRDefault="00A743CB" w:rsidP="00A743CB">
      <w:pPr>
        <w:spacing w:after="0" w:line="240" w:lineRule="auto"/>
        <w:rPr>
          <w:rFonts w:cs="Times New Roman"/>
          <w:szCs w:val="24"/>
        </w:rPr>
      </w:pPr>
      <w:r w:rsidRPr="00A743CB">
        <w:rPr>
          <w:rFonts w:cs="Times New Roman"/>
          <w:szCs w:val="24"/>
        </w:rPr>
        <w:pict w14:anchorId="429C10A4">
          <v:rect id="_x0000_i1039" style="width:0;height:1.5pt" o:hralign="center" o:hrstd="t" o:hr="t" fillcolor="#a0a0a0" stroked="f"/>
        </w:pict>
      </w:r>
    </w:p>
    <w:p w14:paraId="29DC381D"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13. FULL SYLLABUS</w:t>
      </w:r>
    </w:p>
    <w:p w14:paraId="006179BF"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Course Title</w:t>
      </w:r>
    </w:p>
    <w:p w14:paraId="36883342"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AI for Presentations</w:t>
      </w:r>
    </w:p>
    <w:p w14:paraId="22233E86"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Professor</w:t>
      </w:r>
    </w:p>
    <w:p w14:paraId="3D2270D9"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Dr. J.K. Genesis Mitchell</w:t>
      </w:r>
    </w:p>
    <w:p w14:paraId="6D500A53"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Course Description</w:t>
      </w:r>
    </w:p>
    <w:p w14:paraId="32A8F5A9"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 xml:space="preserve">AI for Presentations is a practical, performance-based course designed to teach students how to use artificial intelligence to create, refine, and deliver effective presentations. Students learn how to prompt AI for useful results, improve those results through continual prompting, use AI as an assistant rather than a replacement for judgment, and recognize the qualities of a strong presentation. The course emphasizes rapid presentation development, visual professionalism, confident speaking, audience engagement, and repeated practice. By the end of the course, students are expected to be able to </w:t>
      </w:r>
      <w:proofErr w:type="gramStart"/>
      <w:r w:rsidRPr="00A743CB">
        <w:rPr>
          <w:rFonts w:cs="Times New Roman"/>
          <w:szCs w:val="24"/>
        </w:rPr>
        <w:t>build</w:t>
      </w:r>
      <w:proofErr w:type="gramEnd"/>
      <w:r w:rsidRPr="00A743CB">
        <w:rPr>
          <w:rFonts w:cs="Times New Roman"/>
          <w:szCs w:val="24"/>
        </w:rPr>
        <w:t xml:space="preserve"> a presentation and deliver a 10-minute talk within a one-hour period.</w:t>
      </w:r>
    </w:p>
    <w:p w14:paraId="16E51044"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Course Purpose</w:t>
      </w:r>
    </w:p>
    <w:p w14:paraId="6CADB932"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The purpose of this course is to help students become more effective and more confident presenters by teaching them how to use AI as a practical communication assistant. Students will learn how to generate and improve ideas, organize material, design slides, rehearse delivery, and refine presentation quality through repeated prompting and revision. The course is built around frequent presentation practice so that students improve through repetition rather than theory alone.</w:t>
      </w:r>
    </w:p>
    <w:p w14:paraId="5FA6B1B7"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lastRenderedPageBreak/>
        <w:t>Student Learning Outcomes</w:t>
      </w:r>
    </w:p>
    <w:p w14:paraId="18FCB1BE"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By the end of the course, students will be able to:</w:t>
      </w:r>
    </w:p>
    <w:p w14:paraId="313B8DF5" w14:textId="77777777" w:rsidR="00A743CB" w:rsidRPr="00A743CB" w:rsidRDefault="00A743CB" w:rsidP="00A743CB">
      <w:pPr>
        <w:numPr>
          <w:ilvl w:val="0"/>
          <w:numId w:val="14"/>
        </w:numPr>
        <w:spacing w:before="100" w:beforeAutospacing="1" w:after="100" w:afterAutospacing="1" w:line="240" w:lineRule="auto"/>
        <w:rPr>
          <w:rFonts w:cs="Times New Roman"/>
          <w:szCs w:val="24"/>
        </w:rPr>
      </w:pPr>
      <w:r w:rsidRPr="00A743CB">
        <w:rPr>
          <w:rFonts w:cs="Times New Roman"/>
          <w:szCs w:val="24"/>
        </w:rPr>
        <w:t>Use AI tools to brainstorm, outline, refine, and improve presentation content.</w:t>
      </w:r>
    </w:p>
    <w:p w14:paraId="54C1B1DD" w14:textId="77777777" w:rsidR="00A743CB" w:rsidRPr="00A743CB" w:rsidRDefault="00A743CB" w:rsidP="00A743CB">
      <w:pPr>
        <w:numPr>
          <w:ilvl w:val="0"/>
          <w:numId w:val="14"/>
        </w:numPr>
        <w:spacing w:before="100" w:beforeAutospacing="1" w:after="100" w:afterAutospacing="1" w:line="240" w:lineRule="auto"/>
        <w:rPr>
          <w:rFonts w:cs="Times New Roman"/>
          <w:szCs w:val="24"/>
        </w:rPr>
      </w:pPr>
      <w:r w:rsidRPr="00A743CB">
        <w:rPr>
          <w:rFonts w:cs="Times New Roman"/>
          <w:szCs w:val="24"/>
        </w:rPr>
        <w:t>Write effective prompts that generate useful presentation materials.</w:t>
      </w:r>
    </w:p>
    <w:p w14:paraId="25D15E87" w14:textId="77777777" w:rsidR="00A743CB" w:rsidRPr="00A743CB" w:rsidRDefault="00A743CB" w:rsidP="00A743CB">
      <w:pPr>
        <w:numPr>
          <w:ilvl w:val="0"/>
          <w:numId w:val="14"/>
        </w:numPr>
        <w:spacing w:before="100" w:beforeAutospacing="1" w:after="100" w:afterAutospacing="1" w:line="240" w:lineRule="auto"/>
        <w:rPr>
          <w:rFonts w:cs="Times New Roman"/>
          <w:szCs w:val="24"/>
        </w:rPr>
      </w:pPr>
      <w:r w:rsidRPr="00A743CB">
        <w:rPr>
          <w:rFonts w:cs="Times New Roman"/>
          <w:szCs w:val="24"/>
        </w:rPr>
        <w:t>Improve AI-generated output through repeated prompting and revision.</w:t>
      </w:r>
    </w:p>
    <w:p w14:paraId="6C242274" w14:textId="77777777" w:rsidR="00A743CB" w:rsidRPr="00A743CB" w:rsidRDefault="00A743CB" w:rsidP="00A743CB">
      <w:pPr>
        <w:numPr>
          <w:ilvl w:val="0"/>
          <w:numId w:val="14"/>
        </w:numPr>
        <w:spacing w:before="100" w:beforeAutospacing="1" w:after="100" w:afterAutospacing="1" w:line="240" w:lineRule="auto"/>
        <w:rPr>
          <w:rFonts w:cs="Times New Roman"/>
          <w:szCs w:val="24"/>
        </w:rPr>
      </w:pPr>
      <w:r w:rsidRPr="00A743CB">
        <w:rPr>
          <w:rFonts w:cs="Times New Roman"/>
          <w:szCs w:val="24"/>
        </w:rPr>
        <w:t>Explain why effective AI use depends on iteration rather than one-time prompting.</w:t>
      </w:r>
    </w:p>
    <w:p w14:paraId="414AABEF" w14:textId="77777777" w:rsidR="00A743CB" w:rsidRPr="00A743CB" w:rsidRDefault="00A743CB" w:rsidP="00A743CB">
      <w:pPr>
        <w:numPr>
          <w:ilvl w:val="0"/>
          <w:numId w:val="14"/>
        </w:numPr>
        <w:spacing w:before="100" w:beforeAutospacing="1" w:after="100" w:afterAutospacing="1" w:line="240" w:lineRule="auto"/>
        <w:rPr>
          <w:rFonts w:cs="Times New Roman"/>
          <w:szCs w:val="24"/>
        </w:rPr>
      </w:pPr>
      <w:r w:rsidRPr="00A743CB">
        <w:rPr>
          <w:rFonts w:cs="Times New Roman"/>
          <w:szCs w:val="24"/>
        </w:rPr>
        <w:t>Use AI as a presentation assistant instead of a substitute for thinking.</w:t>
      </w:r>
    </w:p>
    <w:p w14:paraId="68B2C9F6" w14:textId="77777777" w:rsidR="00A743CB" w:rsidRPr="00A743CB" w:rsidRDefault="00A743CB" w:rsidP="00A743CB">
      <w:pPr>
        <w:numPr>
          <w:ilvl w:val="0"/>
          <w:numId w:val="14"/>
        </w:numPr>
        <w:spacing w:before="100" w:beforeAutospacing="1" w:after="100" w:afterAutospacing="1" w:line="240" w:lineRule="auto"/>
        <w:rPr>
          <w:rFonts w:cs="Times New Roman"/>
          <w:szCs w:val="24"/>
        </w:rPr>
      </w:pPr>
      <w:r w:rsidRPr="00A743CB">
        <w:rPr>
          <w:rFonts w:cs="Times New Roman"/>
          <w:szCs w:val="24"/>
        </w:rPr>
        <w:t>Identify the essential characteristics of an effective presentation.</w:t>
      </w:r>
    </w:p>
    <w:p w14:paraId="2DFACFEA" w14:textId="77777777" w:rsidR="00A743CB" w:rsidRPr="00A743CB" w:rsidRDefault="00A743CB" w:rsidP="00A743CB">
      <w:pPr>
        <w:numPr>
          <w:ilvl w:val="0"/>
          <w:numId w:val="14"/>
        </w:numPr>
        <w:spacing w:before="100" w:beforeAutospacing="1" w:after="100" w:afterAutospacing="1" w:line="240" w:lineRule="auto"/>
        <w:rPr>
          <w:rFonts w:cs="Times New Roman"/>
          <w:szCs w:val="24"/>
        </w:rPr>
      </w:pPr>
      <w:r w:rsidRPr="00A743CB">
        <w:rPr>
          <w:rFonts w:cs="Times New Roman"/>
          <w:szCs w:val="24"/>
        </w:rPr>
        <w:t>Create visually clear, organized, audience-focused slide decks.</w:t>
      </w:r>
    </w:p>
    <w:p w14:paraId="0A070CEB" w14:textId="77777777" w:rsidR="00A743CB" w:rsidRPr="00A743CB" w:rsidRDefault="00A743CB" w:rsidP="00A743CB">
      <w:pPr>
        <w:numPr>
          <w:ilvl w:val="0"/>
          <w:numId w:val="14"/>
        </w:numPr>
        <w:spacing w:before="100" w:beforeAutospacing="1" w:after="100" w:afterAutospacing="1" w:line="240" w:lineRule="auto"/>
        <w:rPr>
          <w:rFonts w:cs="Times New Roman"/>
          <w:szCs w:val="24"/>
        </w:rPr>
      </w:pPr>
      <w:r w:rsidRPr="00A743CB">
        <w:rPr>
          <w:rFonts w:cs="Times New Roman"/>
          <w:szCs w:val="24"/>
        </w:rPr>
        <w:t>Deliver confident, professional, and well-structured 10-minute presentations.</w:t>
      </w:r>
    </w:p>
    <w:p w14:paraId="4B873CBB" w14:textId="77777777" w:rsidR="00A743CB" w:rsidRPr="00A743CB" w:rsidRDefault="00A743CB" w:rsidP="00A743CB">
      <w:pPr>
        <w:numPr>
          <w:ilvl w:val="0"/>
          <w:numId w:val="14"/>
        </w:numPr>
        <w:spacing w:before="100" w:beforeAutospacing="1" w:after="100" w:afterAutospacing="1" w:line="240" w:lineRule="auto"/>
        <w:rPr>
          <w:rFonts w:cs="Times New Roman"/>
          <w:szCs w:val="24"/>
        </w:rPr>
      </w:pPr>
      <w:r w:rsidRPr="00A743CB">
        <w:rPr>
          <w:rFonts w:cs="Times New Roman"/>
          <w:szCs w:val="24"/>
        </w:rPr>
        <w:t>Use AI to improve rehearsal, delivery preparation, and speaking effectiveness.</w:t>
      </w:r>
    </w:p>
    <w:p w14:paraId="1E31B5F7" w14:textId="77777777" w:rsidR="00A743CB" w:rsidRPr="00A743CB" w:rsidRDefault="00A743CB" w:rsidP="00A743CB">
      <w:pPr>
        <w:numPr>
          <w:ilvl w:val="0"/>
          <w:numId w:val="14"/>
        </w:numPr>
        <w:spacing w:before="100" w:beforeAutospacing="1" w:after="100" w:afterAutospacing="1" w:line="240" w:lineRule="auto"/>
        <w:rPr>
          <w:rFonts w:cs="Times New Roman"/>
          <w:szCs w:val="24"/>
        </w:rPr>
      </w:pPr>
      <w:r w:rsidRPr="00A743CB">
        <w:rPr>
          <w:rFonts w:cs="Times New Roman"/>
          <w:szCs w:val="24"/>
        </w:rPr>
        <w:t>Work effectively in teams to create and deliver presentations.</w:t>
      </w:r>
    </w:p>
    <w:p w14:paraId="741E8B03" w14:textId="77777777" w:rsidR="00A743CB" w:rsidRPr="00A743CB" w:rsidRDefault="00A743CB" w:rsidP="00A743CB">
      <w:pPr>
        <w:numPr>
          <w:ilvl w:val="0"/>
          <w:numId w:val="14"/>
        </w:numPr>
        <w:spacing w:before="100" w:beforeAutospacing="1" w:after="100" w:afterAutospacing="1" w:line="240" w:lineRule="auto"/>
        <w:rPr>
          <w:rFonts w:cs="Times New Roman"/>
          <w:szCs w:val="24"/>
        </w:rPr>
      </w:pPr>
      <w:r w:rsidRPr="00A743CB">
        <w:rPr>
          <w:rFonts w:cs="Times New Roman"/>
          <w:szCs w:val="24"/>
        </w:rPr>
        <w:t>Adapt to unfamiliar topics and perform under time constraints.</w:t>
      </w:r>
    </w:p>
    <w:p w14:paraId="52C7DA77" w14:textId="77777777" w:rsidR="00A743CB" w:rsidRPr="00A743CB" w:rsidRDefault="00A743CB" w:rsidP="00A743CB">
      <w:pPr>
        <w:numPr>
          <w:ilvl w:val="0"/>
          <w:numId w:val="14"/>
        </w:numPr>
        <w:spacing w:before="100" w:beforeAutospacing="1" w:after="100" w:afterAutospacing="1" w:line="240" w:lineRule="auto"/>
        <w:rPr>
          <w:rFonts w:cs="Times New Roman"/>
          <w:szCs w:val="24"/>
        </w:rPr>
      </w:pPr>
      <w:r w:rsidRPr="00A743CB">
        <w:rPr>
          <w:rFonts w:cs="Times New Roman"/>
          <w:szCs w:val="24"/>
        </w:rPr>
        <w:t>Strengthen soft skills including professionalism, poise, collaboration, and verbal clarity.</w:t>
      </w:r>
    </w:p>
    <w:p w14:paraId="5814E21E" w14:textId="77777777" w:rsidR="00A743CB" w:rsidRPr="00A743CB" w:rsidRDefault="00A743CB" w:rsidP="00A743CB">
      <w:pPr>
        <w:numPr>
          <w:ilvl w:val="0"/>
          <w:numId w:val="14"/>
        </w:numPr>
        <w:spacing w:before="100" w:beforeAutospacing="1" w:after="100" w:afterAutospacing="1" w:line="240" w:lineRule="auto"/>
        <w:rPr>
          <w:rFonts w:cs="Times New Roman"/>
          <w:szCs w:val="24"/>
        </w:rPr>
      </w:pPr>
      <w:r w:rsidRPr="00A743CB">
        <w:rPr>
          <w:rFonts w:cs="Times New Roman"/>
          <w:szCs w:val="24"/>
        </w:rPr>
        <w:t>Reduce presentation anxiety through repeated speaking practice.</w:t>
      </w:r>
    </w:p>
    <w:p w14:paraId="34337F67"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Skills Developed</w:t>
      </w:r>
    </w:p>
    <w:p w14:paraId="36AB587A"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Students will strengthen skills in public speaking, oral communication, visual communication, prompt writing, AI literacy, audience awareness, organization, teamwork, time management, professional presence, persuasion, adaptability, and rapid idea development.</w:t>
      </w:r>
    </w:p>
    <w:p w14:paraId="666E13CA"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Course Format</w:t>
      </w:r>
    </w:p>
    <w:p w14:paraId="27FA1390"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 xml:space="preserve">The course meets twice each week for 1 hour and 15 minutes per session. In most weeks, the </w:t>
      </w:r>
      <w:proofErr w:type="gramStart"/>
      <w:r w:rsidRPr="00A743CB">
        <w:rPr>
          <w:rFonts w:cs="Times New Roman"/>
          <w:szCs w:val="24"/>
        </w:rPr>
        <w:t>first class</w:t>
      </w:r>
      <w:proofErr w:type="gramEnd"/>
      <w:r w:rsidRPr="00A743CB">
        <w:rPr>
          <w:rFonts w:cs="Times New Roman"/>
          <w:szCs w:val="24"/>
        </w:rPr>
        <w:t xml:space="preserve"> meeting will be devoted to instruction, demonstrations, prompt practice, slide design strategy, AI tool training, workshop time, and assignment launch. The </w:t>
      </w:r>
      <w:proofErr w:type="gramStart"/>
      <w:r w:rsidRPr="00A743CB">
        <w:rPr>
          <w:rFonts w:cs="Times New Roman"/>
          <w:szCs w:val="24"/>
        </w:rPr>
        <w:t>second class</w:t>
      </w:r>
      <w:proofErr w:type="gramEnd"/>
      <w:r w:rsidRPr="00A743CB">
        <w:rPr>
          <w:rFonts w:cs="Times New Roman"/>
          <w:szCs w:val="24"/>
        </w:rPr>
        <w:t xml:space="preserve"> meeting will be devoted to presentations, feedback, and reflection.</w:t>
      </w:r>
    </w:p>
    <w:p w14:paraId="3FCD335C"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Major Course Requirements</w:t>
      </w:r>
    </w:p>
    <w:p w14:paraId="3E38252B"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Students will complete:</w:t>
      </w:r>
    </w:p>
    <w:p w14:paraId="0AF6A6CF" w14:textId="77777777" w:rsidR="00A743CB" w:rsidRPr="00A743CB" w:rsidRDefault="00A743CB" w:rsidP="00A743CB">
      <w:pPr>
        <w:numPr>
          <w:ilvl w:val="0"/>
          <w:numId w:val="15"/>
        </w:numPr>
        <w:spacing w:before="100" w:beforeAutospacing="1" w:after="100" w:afterAutospacing="1" w:line="240" w:lineRule="auto"/>
        <w:rPr>
          <w:rFonts w:cs="Times New Roman"/>
          <w:szCs w:val="24"/>
        </w:rPr>
      </w:pPr>
      <w:r w:rsidRPr="00A743CB">
        <w:rPr>
          <w:rFonts w:cs="Times New Roman"/>
          <w:szCs w:val="24"/>
        </w:rPr>
        <w:t>five solo presentations</w:t>
      </w:r>
    </w:p>
    <w:p w14:paraId="336A11EA" w14:textId="77777777" w:rsidR="00A743CB" w:rsidRPr="00A743CB" w:rsidRDefault="00A743CB" w:rsidP="00A743CB">
      <w:pPr>
        <w:numPr>
          <w:ilvl w:val="0"/>
          <w:numId w:val="15"/>
        </w:numPr>
        <w:spacing w:before="100" w:beforeAutospacing="1" w:after="100" w:afterAutospacing="1" w:line="240" w:lineRule="auto"/>
        <w:rPr>
          <w:rFonts w:cs="Times New Roman"/>
          <w:szCs w:val="24"/>
        </w:rPr>
      </w:pPr>
      <w:r w:rsidRPr="00A743CB">
        <w:rPr>
          <w:rFonts w:cs="Times New Roman"/>
          <w:szCs w:val="24"/>
        </w:rPr>
        <w:t>five team presentations</w:t>
      </w:r>
    </w:p>
    <w:p w14:paraId="073E1920" w14:textId="77777777" w:rsidR="00A743CB" w:rsidRPr="00A743CB" w:rsidRDefault="00A743CB" w:rsidP="00A743CB">
      <w:pPr>
        <w:numPr>
          <w:ilvl w:val="0"/>
          <w:numId w:val="15"/>
        </w:numPr>
        <w:spacing w:before="100" w:beforeAutospacing="1" w:after="100" w:afterAutospacing="1" w:line="240" w:lineRule="auto"/>
        <w:rPr>
          <w:rFonts w:cs="Times New Roman"/>
          <w:szCs w:val="24"/>
        </w:rPr>
      </w:pPr>
      <w:r w:rsidRPr="00A743CB">
        <w:rPr>
          <w:rFonts w:cs="Times New Roman"/>
          <w:szCs w:val="24"/>
        </w:rPr>
        <w:t>weekly prompt logs or reflections</w:t>
      </w:r>
    </w:p>
    <w:p w14:paraId="74568F4D" w14:textId="77777777" w:rsidR="00A743CB" w:rsidRPr="00A743CB" w:rsidRDefault="00A743CB" w:rsidP="00A743CB">
      <w:pPr>
        <w:numPr>
          <w:ilvl w:val="0"/>
          <w:numId w:val="15"/>
        </w:numPr>
        <w:spacing w:before="100" w:beforeAutospacing="1" w:after="100" w:afterAutospacing="1" w:line="240" w:lineRule="auto"/>
        <w:rPr>
          <w:rFonts w:cs="Times New Roman"/>
          <w:szCs w:val="24"/>
        </w:rPr>
      </w:pPr>
      <w:r w:rsidRPr="00A743CB">
        <w:rPr>
          <w:rFonts w:cs="Times New Roman"/>
          <w:szCs w:val="24"/>
        </w:rPr>
        <w:t>participation in workshop activities and peer feedback</w:t>
      </w:r>
    </w:p>
    <w:p w14:paraId="37C48365" w14:textId="77777777" w:rsidR="00A743CB" w:rsidRPr="00A743CB" w:rsidRDefault="00A743CB" w:rsidP="00A743CB">
      <w:pPr>
        <w:numPr>
          <w:ilvl w:val="0"/>
          <w:numId w:val="15"/>
        </w:numPr>
        <w:spacing w:before="100" w:beforeAutospacing="1" w:after="100" w:afterAutospacing="1" w:line="240" w:lineRule="auto"/>
        <w:rPr>
          <w:rFonts w:cs="Times New Roman"/>
          <w:szCs w:val="24"/>
        </w:rPr>
      </w:pPr>
      <w:r w:rsidRPr="00A743CB">
        <w:rPr>
          <w:rFonts w:cs="Times New Roman"/>
          <w:szCs w:val="24"/>
        </w:rPr>
        <w:t>a final in-class presentation exam based on an assigned topic</w:t>
      </w:r>
    </w:p>
    <w:p w14:paraId="08F18E70" w14:textId="77777777" w:rsidR="00A743CB" w:rsidRPr="00A743CB" w:rsidRDefault="00A743CB" w:rsidP="00A743CB">
      <w:pPr>
        <w:spacing w:after="0" w:line="240" w:lineRule="auto"/>
        <w:rPr>
          <w:rFonts w:cs="Times New Roman"/>
          <w:szCs w:val="24"/>
        </w:rPr>
      </w:pPr>
      <w:r w:rsidRPr="00A743CB">
        <w:rPr>
          <w:rFonts w:cs="Times New Roman"/>
          <w:szCs w:val="24"/>
        </w:rPr>
        <w:pict w14:anchorId="78373A44">
          <v:rect id="_x0000_i1040" style="width:0;height:1.5pt" o:hralign="center" o:hrstd="t" o:hr="t" fillcolor="#a0a0a0" stroked="f"/>
        </w:pict>
      </w:r>
    </w:p>
    <w:p w14:paraId="2844A2AE" w14:textId="77777777" w:rsidR="008005E3" w:rsidRDefault="008005E3" w:rsidP="00A743CB">
      <w:pPr>
        <w:spacing w:before="100" w:beforeAutospacing="1" w:after="100" w:afterAutospacing="1" w:line="240" w:lineRule="auto"/>
        <w:outlineLvl w:val="0"/>
        <w:rPr>
          <w:rFonts w:cs="Times New Roman"/>
          <w:b/>
          <w:bCs/>
          <w:kern w:val="36"/>
          <w:sz w:val="48"/>
          <w:szCs w:val="48"/>
        </w:rPr>
      </w:pPr>
    </w:p>
    <w:p w14:paraId="35F222E0" w14:textId="51C5B1D9"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lastRenderedPageBreak/>
        <w:t>14. GRADING PLAN AND RUBRIC</w:t>
      </w:r>
    </w:p>
    <w:p w14:paraId="2530AA18"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Grading Breakdown</w:t>
      </w:r>
    </w:p>
    <w:p w14:paraId="56FA0F78"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Solo Presentations (5): 25%</w:t>
      </w:r>
      <w:r w:rsidRPr="00A743CB">
        <w:rPr>
          <w:rFonts w:cs="Times New Roman"/>
          <w:szCs w:val="24"/>
        </w:rPr>
        <w:br/>
      </w:r>
      <w:r w:rsidRPr="00A743CB">
        <w:rPr>
          <w:rFonts w:cs="Times New Roman"/>
          <w:b/>
          <w:bCs/>
          <w:szCs w:val="24"/>
        </w:rPr>
        <w:t>Team Presentations (5): 25%</w:t>
      </w:r>
      <w:r w:rsidRPr="00A743CB">
        <w:rPr>
          <w:rFonts w:cs="Times New Roman"/>
          <w:szCs w:val="24"/>
        </w:rPr>
        <w:br/>
      </w:r>
      <w:r w:rsidRPr="00A743CB">
        <w:rPr>
          <w:rFonts w:cs="Times New Roman"/>
          <w:b/>
          <w:bCs/>
          <w:szCs w:val="24"/>
        </w:rPr>
        <w:t>Weekly Prompt Logs / Reflections: 15%</w:t>
      </w:r>
      <w:r w:rsidRPr="00A743CB">
        <w:rPr>
          <w:rFonts w:cs="Times New Roman"/>
          <w:szCs w:val="24"/>
        </w:rPr>
        <w:br/>
      </w:r>
      <w:r w:rsidRPr="00A743CB">
        <w:rPr>
          <w:rFonts w:cs="Times New Roman"/>
          <w:b/>
          <w:bCs/>
          <w:szCs w:val="24"/>
        </w:rPr>
        <w:t>Participation and Peer Feedback: 10%</w:t>
      </w:r>
      <w:r w:rsidRPr="00A743CB">
        <w:rPr>
          <w:rFonts w:cs="Times New Roman"/>
          <w:szCs w:val="24"/>
        </w:rPr>
        <w:br/>
      </w:r>
      <w:r w:rsidRPr="00A743CB">
        <w:rPr>
          <w:rFonts w:cs="Times New Roman"/>
          <w:b/>
          <w:bCs/>
          <w:szCs w:val="24"/>
        </w:rPr>
        <w:t>AI Use Documentation / Process Accountability: 10%</w:t>
      </w:r>
      <w:r w:rsidRPr="00A743CB">
        <w:rPr>
          <w:rFonts w:cs="Times New Roman"/>
          <w:szCs w:val="24"/>
        </w:rPr>
        <w:br/>
      </w:r>
      <w:r w:rsidRPr="00A743CB">
        <w:rPr>
          <w:rFonts w:cs="Times New Roman"/>
          <w:b/>
          <w:bCs/>
          <w:szCs w:val="24"/>
        </w:rPr>
        <w:t>Final In-Class Presentation Exam: 15%</w:t>
      </w:r>
    </w:p>
    <w:p w14:paraId="523043A3"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Total: 100%</w:t>
      </w:r>
    </w:p>
    <w:p w14:paraId="209FA446"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Presentation Evaluation Criteria</w:t>
      </w:r>
    </w:p>
    <w:p w14:paraId="276DE607"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Each presentation will be evaluated on:</w:t>
      </w:r>
    </w:p>
    <w:p w14:paraId="3E1E50CB" w14:textId="77777777" w:rsidR="00A743CB" w:rsidRPr="00A743CB" w:rsidRDefault="00A743CB" w:rsidP="00A743CB">
      <w:pPr>
        <w:numPr>
          <w:ilvl w:val="0"/>
          <w:numId w:val="16"/>
        </w:numPr>
        <w:spacing w:before="100" w:beforeAutospacing="1" w:after="100" w:afterAutospacing="1" w:line="240" w:lineRule="auto"/>
        <w:rPr>
          <w:rFonts w:cs="Times New Roman"/>
          <w:szCs w:val="24"/>
        </w:rPr>
      </w:pPr>
      <w:r w:rsidRPr="00A743CB">
        <w:rPr>
          <w:rFonts w:cs="Times New Roman"/>
          <w:szCs w:val="24"/>
        </w:rPr>
        <w:t>content quality</w:t>
      </w:r>
    </w:p>
    <w:p w14:paraId="2C0E42B4" w14:textId="77777777" w:rsidR="00A743CB" w:rsidRPr="00A743CB" w:rsidRDefault="00A743CB" w:rsidP="00A743CB">
      <w:pPr>
        <w:numPr>
          <w:ilvl w:val="0"/>
          <w:numId w:val="16"/>
        </w:numPr>
        <w:spacing w:before="100" w:beforeAutospacing="1" w:after="100" w:afterAutospacing="1" w:line="240" w:lineRule="auto"/>
        <w:rPr>
          <w:rFonts w:cs="Times New Roman"/>
          <w:szCs w:val="24"/>
        </w:rPr>
      </w:pPr>
      <w:r w:rsidRPr="00A743CB">
        <w:rPr>
          <w:rFonts w:cs="Times New Roman"/>
          <w:szCs w:val="24"/>
        </w:rPr>
        <w:t>organization and structure</w:t>
      </w:r>
    </w:p>
    <w:p w14:paraId="3A21CDC1" w14:textId="77777777" w:rsidR="00A743CB" w:rsidRPr="00A743CB" w:rsidRDefault="00A743CB" w:rsidP="00A743CB">
      <w:pPr>
        <w:numPr>
          <w:ilvl w:val="0"/>
          <w:numId w:val="16"/>
        </w:numPr>
        <w:spacing w:before="100" w:beforeAutospacing="1" w:after="100" w:afterAutospacing="1" w:line="240" w:lineRule="auto"/>
        <w:rPr>
          <w:rFonts w:cs="Times New Roman"/>
          <w:szCs w:val="24"/>
        </w:rPr>
      </w:pPr>
      <w:r w:rsidRPr="00A743CB">
        <w:rPr>
          <w:rFonts w:cs="Times New Roman"/>
          <w:szCs w:val="24"/>
        </w:rPr>
        <w:t>slide design and visual professionalism</w:t>
      </w:r>
    </w:p>
    <w:p w14:paraId="3DDF4133" w14:textId="77777777" w:rsidR="00A743CB" w:rsidRPr="00A743CB" w:rsidRDefault="00A743CB" w:rsidP="00A743CB">
      <w:pPr>
        <w:numPr>
          <w:ilvl w:val="0"/>
          <w:numId w:val="16"/>
        </w:numPr>
        <w:spacing w:before="100" w:beforeAutospacing="1" w:after="100" w:afterAutospacing="1" w:line="240" w:lineRule="auto"/>
        <w:rPr>
          <w:rFonts w:cs="Times New Roman"/>
          <w:szCs w:val="24"/>
        </w:rPr>
      </w:pPr>
      <w:r w:rsidRPr="00A743CB">
        <w:rPr>
          <w:rFonts w:cs="Times New Roman"/>
          <w:szCs w:val="24"/>
        </w:rPr>
        <w:t>effective use of AI</w:t>
      </w:r>
    </w:p>
    <w:p w14:paraId="38D5246F" w14:textId="77777777" w:rsidR="00A743CB" w:rsidRPr="00A743CB" w:rsidRDefault="00A743CB" w:rsidP="00A743CB">
      <w:pPr>
        <w:numPr>
          <w:ilvl w:val="0"/>
          <w:numId w:val="16"/>
        </w:numPr>
        <w:spacing w:before="100" w:beforeAutospacing="1" w:after="100" w:afterAutospacing="1" w:line="240" w:lineRule="auto"/>
        <w:rPr>
          <w:rFonts w:cs="Times New Roman"/>
          <w:szCs w:val="24"/>
        </w:rPr>
      </w:pPr>
      <w:proofErr w:type="gramStart"/>
      <w:r w:rsidRPr="00A743CB">
        <w:rPr>
          <w:rFonts w:cs="Times New Roman"/>
          <w:szCs w:val="24"/>
        </w:rPr>
        <w:t>evidence</w:t>
      </w:r>
      <w:proofErr w:type="gramEnd"/>
      <w:r w:rsidRPr="00A743CB">
        <w:rPr>
          <w:rFonts w:cs="Times New Roman"/>
          <w:szCs w:val="24"/>
        </w:rPr>
        <w:t xml:space="preserve"> of revision and improvement</w:t>
      </w:r>
    </w:p>
    <w:p w14:paraId="63E3872C" w14:textId="77777777" w:rsidR="00A743CB" w:rsidRPr="00A743CB" w:rsidRDefault="00A743CB" w:rsidP="00A743CB">
      <w:pPr>
        <w:numPr>
          <w:ilvl w:val="0"/>
          <w:numId w:val="16"/>
        </w:numPr>
        <w:spacing w:before="100" w:beforeAutospacing="1" w:after="100" w:afterAutospacing="1" w:line="240" w:lineRule="auto"/>
        <w:rPr>
          <w:rFonts w:cs="Times New Roman"/>
          <w:szCs w:val="24"/>
        </w:rPr>
      </w:pPr>
      <w:r w:rsidRPr="00A743CB">
        <w:rPr>
          <w:rFonts w:cs="Times New Roman"/>
          <w:szCs w:val="24"/>
        </w:rPr>
        <w:t>delivery and confidence</w:t>
      </w:r>
    </w:p>
    <w:p w14:paraId="2AC57C73" w14:textId="77777777" w:rsidR="00A743CB" w:rsidRPr="00A743CB" w:rsidRDefault="00A743CB" w:rsidP="00A743CB">
      <w:pPr>
        <w:numPr>
          <w:ilvl w:val="0"/>
          <w:numId w:val="16"/>
        </w:numPr>
        <w:spacing w:before="100" w:beforeAutospacing="1" w:after="100" w:afterAutospacing="1" w:line="240" w:lineRule="auto"/>
        <w:rPr>
          <w:rFonts w:cs="Times New Roman"/>
          <w:szCs w:val="24"/>
        </w:rPr>
      </w:pPr>
      <w:r w:rsidRPr="00A743CB">
        <w:rPr>
          <w:rFonts w:cs="Times New Roman"/>
          <w:szCs w:val="24"/>
        </w:rPr>
        <w:t>timing and pacing</w:t>
      </w:r>
    </w:p>
    <w:p w14:paraId="75441CF8" w14:textId="77777777" w:rsidR="00A743CB" w:rsidRPr="00A743CB" w:rsidRDefault="00A743CB" w:rsidP="00A743CB">
      <w:pPr>
        <w:numPr>
          <w:ilvl w:val="0"/>
          <w:numId w:val="16"/>
        </w:numPr>
        <w:spacing w:before="100" w:beforeAutospacing="1" w:after="100" w:afterAutospacing="1" w:line="240" w:lineRule="auto"/>
        <w:rPr>
          <w:rFonts w:cs="Times New Roman"/>
          <w:szCs w:val="24"/>
        </w:rPr>
      </w:pPr>
      <w:r w:rsidRPr="00A743CB">
        <w:rPr>
          <w:rFonts w:cs="Times New Roman"/>
          <w:szCs w:val="24"/>
        </w:rPr>
        <w:t>audience engagement</w:t>
      </w:r>
    </w:p>
    <w:p w14:paraId="51184416" w14:textId="77777777" w:rsidR="00A743CB" w:rsidRPr="00A743CB" w:rsidRDefault="00A743CB" w:rsidP="00A743CB">
      <w:pPr>
        <w:numPr>
          <w:ilvl w:val="0"/>
          <w:numId w:val="16"/>
        </w:numPr>
        <w:spacing w:before="100" w:beforeAutospacing="1" w:after="100" w:afterAutospacing="1" w:line="240" w:lineRule="auto"/>
        <w:rPr>
          <w:rFonts w:cs="Times New Roman"/>
          <w:szCs w:val="24"/>
        </w:rPr>
      </w:pPr>
      <w:r w:rsidRPr="00A743CB">
        <w:rPr>
          <w:rFonts w:cs="Times New Roman"/>
          <w:szCs w:val="24"/>
        </w:rPr>
        <w:t>professionalism</w:t>
      </w:r>
    </w:p>
    <w:p w14:paraId="2AF8F2B6"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Sample Rubric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2"/>
        <w:gridCol w:w="4173"/>
        <w:gridCol w:w="716"/>
      </w:tblGrid>
      <w:tr w:rsidR="00A743CB" w:rsidRPr="00A743CB" w14:paraId="0ADA271A" w14:textId="77777777">
        <w:trPr>
          <w:tblHeader/>
          <w:tblCellSpacing w:w="15" w:type="dxa"/>
        </w:trPr>
        <w:tc>
          <w:tcPr>
            <w:tcW w:w="0" w:type="auto"/>
            <w:vAlign w:val="center"/>
            <w:hideMark/>
          </w:tcPr>
          <w:p w14:paraId="2B83E71E" w14:textId="77777777" w:rsidR="00A743CB" w:rsidRPr="00A743CB" w:rsidRDefault="00A743CB" w:rsidP="00A743CB">
            <w:pPr>
              <w:spacing w:after="0" w:line="240" w:lineRule="auto"/>
              <w:jc w:val="center"/>
              <w:rPr>
                <w:rFonts w:cs="Times New Roman"/>
                <w:b/>
                <w:bCs/>
                <w:szCs w:val="24"/>
              </w:rPr>
            </w:pPr>
            <w:r w:rsidRPr="00A743CB">
              <w:rPr>
                <w:rFonts w:cs="Times New Roman"/>
                <w:b/>
                <w:bCs/>
                <w:szCs w:val="24"/>
              </w:rPr>
              <w:t>Category</w:t>
            </w:r>
          </w:p>
        </w:tc>
        <w:tc>
          <w:tcPr>
            <w:tcW w:w="0" w:type="auto"/>
            <w:vAlign w:val="center"/>
            <w:hideMark/>
          </w:tcPr>
          <w:p w14:paraId="7E4629CF" w14:textId="77777777" w:rsidR="00A743CB" w:rsidRPr="00A743CB" w:rsidRDefault="00A743CB" w:rsidP="00A743CB">
            <w:pPr>
              <w:spacing w:after="0" w:line="240" w:lineRule="auto"/>
              <w:jc w:val="center"/>
              <w:rPr>
                <w:rFonts w:cs="Times New Roman"/>
                <w:b/>
                <w:bCs/>
                <w:szCs w:val="24"/>
              </w:rPr>
            </w:pPr>
            <w:r w:rsidRPr="00A743CB">
              <w:rPr>
                <w:rFonts w:cs="Times New Roman"/>
                <w:b/>
                <w:bCs/>
                <w:szCs w:val="24"/>
              </w:rPr>
              <w:t>Description</w:t>
            </w:r>
          </w:p>
        </w:tc>
        <w:tc>
          <w:tcPr>
            <w:tcW w:w="0" w:type="auto"/>
            <w:vAlign w:val="center"/>
            <w:hideMark/>
          </w:tcPr>
          <w:p w14:paraId="64BEE814" w14:textId="77777777" w:rsidR="00A743CB" w:rsidRPr="00A743CB" w:rsidRDefault="00A743CB" w:rsidP="00A743CB">
            <w:pPr>
              <w:spacing w:after="0" w:line="240" w:lineRule="auto"/>
              <w:jc w:val="right"/>
              <w:rPr>
                <w:rFonts w:cs="Times New Roman"/>
                <w:b/>
                <w:bCs/>
                <w:szCs w:val="24"/>
              </w:rPr>
            </w:pPr>
            <w:r w:rsidRPr="00A743CB">
              <w:rPr>
                <w:rFonts w:cs="Times New Roman"/>
                <w:b/>
                <w:bCs/>
                <w:szCs w:val="24"/>
              </w:rPr>
              <w:t>Points</w:t>
            </w:r>
          </w:p>
        </w:tc>
      </w:tr>
      <w:tr w:rsidR="00A743CB" w:rsidRPr="00A743CB" w14:paraId="0AE16022" w14:textId="77777777">
        <w:trPr>
          <w:tblCellSpacing w:w="15" w:type="dxa"/>
        </w:trPr>
        <w:tc>
          <w:tcPr>
            <w:tcW w:w="0" w:type="auto"/>
            <w:vAlign w:val="center"/>
            <w:hideMark/>
          </w:tcPr>
          <w:p w14:paraId="6E1AD022" w14:textId="77777777" w:rsidR="00A743CB" w:rsidRPr="00A743CB" w:rsidRDefault="00A743CB" w:rsidP="00A743CB">
            <w:pPr>
              <w:spacing w:after="0" w:line="240" w:lineRule="auto"/>
              <w:rPr>
                <w:rFonts w:cs="Times New Roman"/>
                <w:szCs w:val="24"/>
              </w:rPr>
            </w:pPr>
            <w:r w:rsidRPr="00A743CB">
              <w:rPr>
                <w:rFonts w:cs="Times New Roman"/>
                <w:szCs w:val="24"/>
              </w:rPr>
              <w:t>Content Quality</w:t>
            </w:r>
          </w:p>
        </w:tc>
        <w:tc>
          <w:tcPr>
            <w:tcW w:w="0" w:type="auto"/>
            <w:vAlign w:val="center"/>
            <w:hideMark/>
          </w:tcPr>
          <w:p w14:paraId="15AF9154" w14:textId="77777777" w:rsidR="00A743CB" w:rsidRPr="00A743CB" w:rsidRDefault="00A743CB" w:rsidP="00A743CB">
            <w:pPr>
              <w:spacing w:after="0" w:line="240" w:lineRule="auto"/>
              <w:rPr>
                <w:rFonts w:cs="Times New Roman"/>
                <w:szCs w:val="24"/>
              </w:rPr>
            </w:pPr>
            <w:r w:rsidRPr="00A743CB">
              <w:rPr>
                <w:rFonts w:cs="Times New Roman"/>
                <w:szCs w:val="24"/>
              </w:rPr>
              <w:t>Relevant, accurate, meaningful content</w:t>
            </w:r>
          </w:p>
        </w:tc>
        <w:tc>
          <w:tcPr>
            <w:tcW w:w="0" w:type="auto"/>
            <w:vAlign w:val="center"/>
            <w:hideMark/>
          </w:tcPr>
          <w:p w14:paraId="0B67096D" w14:textId="77777777" w:rsidR="00A743CB" w:rsidRPr="00A743CB" w:rsidRDefault="00A743CB" w:rsidP="00A743CB">
            <w:pPr>
              <w:spacing w:after="0" w:line="240" w:lineRule="auto"/>
              <w:jc w:val="right"/>
              <w:rPr>
                <w:rFonts w:cs="Times New Roman"/>
                <w:szCs w:val="24"/>
              </w:rPr>
            </w:pPr>
            <w:r w:rsidRPr="00A743CB">
              <w:rPr>
                <w:rFonts w:cs="Times New Roman"/>
                <w:szCs w:val="24"/>
              </w:rPr>
              <w:t>20</w:t>
            </w:r>
          </w:p>
        </w:tc>
      </w:tr>
      <w:tr w:rsidR="00A743CB" w:rsidRPr="00A743CB" w14:paraId="79F98823" w14:textId="77777777">
        <w:trPr>
          <w:tblCellSpacing w:w="15" w:type="dxa"/>
        </w:trPr>
        <w:tc>
          <w:tcPr>
            <w:tcW w:w="0" w:type="auto"/>
            <w:vAlign w:val="center"/>
            <w:hideMark/>
          </w:tcPr>
          <w:p w14:paraId="0331C169" w14:textId="77777777" w:rsidR="00A743CB" w:rsidRPr="00A743CB" w:rsidRDefault="00A743CB" w:rsidP="00A743CB">
            <w:pPr>
              <w:spacing w:after="0" w:line="240" w:lineRule="auto"/>
              <w:rPr>
                <w:rFonts w:cs="Times New Roman"/>
                <w:szCs w:val="24"/>
              </w:rPr>
            </w:pPr>
            <w:r w:rsidRPr="00A743CB">
              <w:rPr>
                <w:rFonts w:cs="Times New Roman"/>
                <w:szCs w:val="24"/>
              </w:rPr>
              <w:t>Organization</w:t>
            </w:r>
          </w:p>
        </w:tc>
        <w:tc>
          <w:tcPr>
            <w:tcW w:w="0" w:type="auto"/>
            <w:vAlign w:val="center"/>
            <w:hideMark/>
          </w:tcPr>
          <w:p w14:paraId="26D59072" w14:textId="77777777" w:rsidR="00A743CB" w:rsidRPr="00A743CB" w:rsidRDefault="00A743CB" w:rsidP="00A743CB">
            <w:pPr>
              <w:spacing w:after="0" w:line="240" w:lineRule="auto"/>
              <w:rPr>
                <w:rFonts w:cs="Times New Roman"/>
                <w:szCs w:val="24"/>
              </w:rPr>
            </w:pPr>
            <w:r w:rsidRPr="00A743CB">
              <w:rPr>
                <w:rFonts w:cs="Times New Roman"/>
                <w:szCs w:val="24"/>
              </w:rPr>
              <w:t>Clear opening, body, conclusion, and flow</w:t>
            </w:r>
          </w:p>
        </w:tc>
        <w:tc>
          <w:tcPr>
            <w:tcW w:w="0" w:type="auto"/>
            <w:vAlign w:val="center"/>
            <w:hideMark/>
          </w:tcPr>
          <w:p w14:paraId="6A131AD7" w14:textId="77777777" w:rsidR="00A743CB" w:rsidRPr="00A743CB" w:rsidRDefault="00A743CB" w:rsidP="00A743CB">
            <w:pPr>
              <w:spacing w:after="0" w:line="240" w:lineRule="auto"/>
              <w:jc w:val="right"/>
              <w:rPr>
                <w:rFonts w:cs="Times New Roman"/>
                <w:szCs w:val="24"/>
              </w:rPr>
            </w:pPr>
            <w:r w:rsidRPr="00A743CB">
              <w:rPr>
                <w:rFonts w:cs="Times New Roman"/>
                <w:szCs w:val="24"/>
              </w:rPr>
              <w:t>15</w:t>
            </w:r>
          </w:p>
        </w:tc>
      </w:tr>
      <w:tr w:rsidR="00A743CB" w:rsidRPr="00A743CB" w14:paraId="101E3596" w14:textId="77777777">
        <w:trPr>
          <w:tblCellSpacing w:w="15" w:type="dxa"/>
        </w:trPr>
        <w:tc>
          <w:tcPr>
            <w:tcW w:w="0" w:type="auto"/>
            <w:vAlign w:val="center"/>
            <w:hideMark/>
          </w:tcPr>
          <w:p w14:paraId="74E8A557" w14:textId="77777777" w:rsidR="00A743CB" w:rsidRPr="00A743CB" w:rsidRDefault="00A743CB" w:rsidP="00A743CB">
            <w:pPr>
              <w:spacing w:after="0" w:line="240" w:lineRule="auto"/>
              <w:rPr>
                <w:rFonts w:cs="Times New Roman"/>
                <w:szCs w:val="24"/>
              </w:rPr>
            </w:pPr>
            <w:r w:rsidRPr="00A743CB">
              <w:rPr>
                <w:rFonts w:cs="Times New Roman"/>
                <w:szCs w:val="24"/>
              </w:rPr>
              <w:t>Slide Design</w:t>
            </w:r>
          </w:p>
        </w:tc>
        <w:tc>
          <w:tcPr>
            <w:tcW w:w="0" w:type="auto"/>
            <w:vAlign w:val="center"/>
            <w:hideMark/>
          </w:tcPr>
          <w:p w14:paraId="1C1BF9E9" w14:textId="77777777" w:rsidR="00A743CB" w:rsidRPr="00A743CB" w:rsidRDefault="00A743CB" w:rsidP="00A743CB">
            <w:pPr>
              <w:spacing w:after="0" w:line="240" w:lineRule="auto"/>
              <w:rPr>
                <w:rFonts w:cs="Times New Roman"/>
                <w:szCs w:val="24"/>
              </w:rPr>
            </w:pPr>
            <w:r w:rsidRPr="00A743CB">
              <w:rPr>
                <w:rFonts w:cs="Times New Roman"/>
                <w:szCs w:val="24"/>
              </w:rPr>
              <w:t>Readable, clean, professional slides</w:t>
            </w:r>
          </w:p>
        </w:tc>
        <w:tc>
          <w:tcPr>
            <w:tcW w:w="0" w:type="auto"/>
            <w:vAlign w:val="center"/>
            <w:hideMark/>
          </w:tcPr>
          <w:p w14:paraId="784F2A7F" w14:textId="77777777" w:rsidR="00A743CB" w:rsidRPr="00A743CB" w:rsidRDefault="00A743CB" w:rsidP="00A743CB">
            <w:pPr>
              <w:spacing w:after="0" w:line="240" w:lineRule="auto"/>
              <w:jc w:val="right"/>
              <w:rPr>
                <w:rFonts w:cs="Times New Roman"/>
                <w:szCs w:val="24"/>
              </w:rPr>
            </w:pPr>
            <w:r w:rsidRPr="00A743CB">
              <w:rPr>
                <w:rFonts w:cs="Times New Roman"/>
                <w:szCs w:val="24"/>
              </w:rPr>
              <w:t>15</w:t>
            </w:r>
          </w:p>
        </w:tc>
      </w:tr>
      <w:tr w:rsidR="00A743CB" w:rsidRPr="00A743CB" w14:paraId="71ED57A8" w14:textId="77777777">
        <w:trPr>
          <w:tblCellSpacing w:w="15" w:type="dxa"/>
        </w:trPr>
        <w:tc>
          <w:tcPr>
            <w:tcW w:w="0" w:type="auto"/>
            <w:vAlign w:val="center"/>
            <w:hideMark/>
          </w:tcPr>
          <w:p w14:paraId="71FA813F" w14:textId="77777777" w:rsidR="00A743CB" w:rsidRPr="00A743CB" w:rsidRDefault="00A743CB" w:rsidP="00A743CB">
            <w:pPr>
              <w:spacing w:after="0" w:line="240" w:lineRule="auto"/>
              <w:rPr>
                <w:rFonts w:cs="Times New Roman"/>
                <w:szCs w:val="24"/>
              </w:rPr>
            </w:pPr>
            <w:r w:rsidRPr="00A743CB">
              <w:rPr>
                <w:rFonts w:cs="Times New Roman"/>
                <w:szCs w:val="24"/>
              </w:rPr>
              <w:t>AI Use and Prompting</w:t>
            </w:r>
          </w:p>
        </w:tc>
        <w:tc>
          <w:tcPr>
            <w:tcW w:w="0" w:type="auto"/>
            <w:vAlign w:val="center"/>
            <w:hideMark/>
          </w:tcPr>
          <w:p w14:paraId="323D5236" w14:textId="77777777" w:rsidR="00A743CB" w:rsidRPr="00A743CB" w:rsidRDefault="00A743CB" w:rsidP="00A743CB">
            <w:pPr>
              <w:spacing w:after="0" w:line="240" w:lineRule="auto"/>
              <w:rPr>
                <w:rFonts w:cs="Times New Roman"/>
                <w:szCs w:val="24"/>
              </w:rPr>
            </w:pPr>
            <w:r w:rsidRPr="00A743CB">
              <w:rPr>
                <w:rFonts w:cs="Times New Roman"/>
                <w:szCs w:val="24"/>
              </w:rPr>
              <w:t>Strong prompting and evidence of revision</w:t>
            </w:r>
          </w:p>
        </w:tc>
        <w:tc>
          <w:tcPr>
            <w:tcW w:w="0" w:type="auto"/>
            <w:vAlign w:val="center"/>
            <w:hideMark/>
          </w:tcPr>
          <w:p w14:paraId="7587B310" w14:textId="77777777" w:rsidR="00A743CB" w:rsidRPr="00A743CB" w:rsidRDefault="00A743CB" w:rsidP="00A743CB">
            <w:pPr>
              <w:spacing w:after="0" w:line="240" w:lineRule="auto"/>
              <w:jc w:val="right"/>
              <w:rPr>
                <w:rFonts w:cs="Times New Roman"/>
                <w:szCs w:val="24"/>
              </w:rPr>
            </w:pPr>
            <w:r w:rsidRPr="00A743CB">
              <w:rPr>
                <w:rFonts w:cs="Times New Roman"/>
                <w:szCs w:val="24"/>
              </w:rPr>
              <w:t>15</w:t>
            </w:r>
          </w:p>
        </w:tc>
      </w:tr>
      <w:tr w:rsidR="00A743CB" w:rsidRPr="00A743CB" w14:paraId="40563119" w14:textId="77777777">
        <w:trPr>
          <w:tblCellSpacing w:w="15" w:type="dxa"/>
        </w:trPr>
        <w:tc>
          <w:tcPr>
            <w:tcW w:w="0" w:type="auto"/>
            <w:vAlign w:val="center"/>
            <w:hideMark/>
          </w:tcPr>
          <w:p w14:paraId="3948C922" w14:textId="77777777" w:rsidR="00A743CB" w:rsidRPr="00A743CB" w:rsidRDefault="00A743CB" w:rsidP="00A743CB">
            <w:pPr>
              <w:spacing w:after="0" w:line="240" w:lineRule="auto"/>
              <w:rPr>
                <w:rFonts w:cs="Times New Roman"/>
                <w:szCs w:val="24"/>
              </w:rPr>
            </w:pPr>
            <w:r w:rsidRPr="00A743CB">
              <w:rPr>
                <w:rFonts w:cs="Times New Roman"/>
                <w:szCs w:val="24"/>
              </w:rPr>
              <w:t>Delivery</w:t>
            </w:r>
          </w:p>
        </w:tc>
        <w:tc>
          <w:tcPr>
            <w:tcW w:w="0" w:type="auto"/>
            <w:vAlign w:val="center"/>
            <w:hideMark/>
          </w:tcPr>
          <w:p w14:paraId="3858F5FE" w14:textId="77777777" w:rsidR="00A743CB" w:rsidRPr="00A743CB" w:rsidRDefault="00A743CB" w:rsidP="00A743CB">
            <w:pPr>
              <w:spacing w:after="0" w:line="240" w:lineRule="auto"/>
              <w:rPr>
                <w:rFonts w:cs="Times New Roman"/>
                <w:szCs w:val="24"/>
              </w:rPr>
            </w:pPr>
            <w:r w:rsidRPr="00A743CB">
              <w:rPr>
                <w:rFonts w:cs="Times New Roman"/>
                <w:szCs w:val="24"/>
              </w:rPr>
              <w:t>Clear, confident, understandable delivery</w:t>
            </w:r>
          </w:p>
        </w:tc>
        <w:tc>
          <w:tcPr>
            <w:tcW w:w="0" w:type="auto"/>
            <w:vAlign w:val="center"/>
            <w:hideMark/>
          </w:tcPr>
          <w:p w14:paraId="47E1E68B" w14:textId="77777777" w:rsidR="00A743CB" w:rsidRPr="00A743CB" w:rsidRDefault="00A743CB" w:rsidP="00A743CB">
            <w:pPr>
              <w:spacing w:after="0" w:line="240" w:lineRule="auto"/>
              <w:jc w:val="right"/>
              <w:rPr>
                <w:rFonts w:cs="Times New Roman"/>
                <w:szCs w:val="24"/>
              </w:rPr>
            </w:pPr>
            <w:r w:rsidRPr="00A743CB">
              <w:rPr>
                <w:rFonts w:cs="Times New Roman"/>
                <w:szCs w:val="24"/>
              </w:rPr>
              <w:t>20</w:t>
            </w:r>
          </w:p>
        </w:tc>
      </w:tr>
      <w:tr w:rsidR="00A743CB" w:rsidRPr="00A743CB" w14:paraId="3C83F98F" w14:textId="77777777">
        <w:trPr>
          <w:tblCellSpacing w:w="15" w:type="dxa"/>
        </w:trPr>
        <w:tc>
          <w:tcPr>
            <w:tcW w:w="0" w:type="auto"/>
            <w:vAlign w:val="center"/>
            <w:hideMark/>
          </w:tcPr>
          <w:p w14:paraId="45A65450" w14:textId="77777777" w:rsidR="00A743CB" w:rsidRPr="00A743CB" w:rsidRDefault="00A743CB" w:rsidP="00A743CB">
            <w:pPr>
              <w:spacing w:after="0" w:line="240" w:lineRule="auto"/>
              <w:rPr>
                <w:rFonts w:cs="Times New Roman"/>
                <w:szCs w:val="24"/>
              </w:rPr>
            </w:pPr>
            <w:r w:rsidRPr="00A743CB">
              <w:rPr>
                <w:rFonts w:cs="Times New Roman"/>
                <w:szCs w:val="24"/>
              </w:rPr>
              <w:t>Timing</w:t>
            </w:r>
          </w:p>
        </w:tc>
        <w:tc>
          <w:tcPr>
            <w:tcW w:w="0" w:type="auto"/>
            <w:vAlign w:val="center"/>
            <w:hideMark/>
          </w:tcPr>
          <w:p w14:paraId="18FD5ECD" w14:textId="77777777" w:rsidR="00A743CB" w:rsidRPr="00A743CB" w:rsidRDefault="00A743CB" w:rsidP="00A743CB">
            <w:pPr>
              <w:spacing w:after="0" w:line="240" w:lineRule="auto"/>
              <w:rPr>
                <w:rFonts w:cs="Times New Roman"/>
                <w:szCs w:val="24"/>
              </w:rPr>
            </w:pPr>
            <w:r w:rsidRPr="00A743CB">
              <w:rPr>
                <w:rFonts w:cs="Times New Roman"/>
                <w:szCs w:val="24"/>
              </w:rPr>
              <w:t>Meets time requirements</w:t>
            </w:r>
          </w:p>
        </w:tc>
        <w:tc>
          <w:tcPr>
            <w:tcW w:w="0" w:type="auto"/>
            <w:vAlign w:val="center"/>
            <w:hideMark/>
          </w:tcPr>
          <w:p w14:paraId="4B2A9ADD" w14:textId="77777777" w:rsidR="00A743CB" w:rsidRPr="00A743CB" w:rsidRDefault="00A743CB" w:rsidP="00A743CB">
            <w:pPr>
              <w:spacing w:after="0" w:line="240" w:lineRule="auto"/>
              <w:jc w:val="right"/>
              <w:rPr>
                <w:rFonts w:cs="Times New Roman"/>
                <w:szCs w:val="24"/>
              </w:rPr>
            </w:pPr>
            <w:r w:rsidRPr="00A743CB">
              <w:rPr>
                <w:rFonts w:cs="Times New Roman"/>
                <w:szCs w:val="24"/>
              </w:rPr>
              <w:t>5</w:t>
            </w:r>
          </w:p>
        </w:tc>
      </w:tr>
      <w:tr w:rsidR="00A743CB" w:rsidRPr="00A743CB" w14:paraId="44A6A0D6" w14:textId="77777777">
        <w:trPr>
          <w:tblCellSpacing w:w="15" w:type="dxa"/>
        </w:trPr>
        <w:tc>
          <w:tcPr>
            <w:tcW w:w="0" w:type="auto"/>
            <w:vAlign w:val="center"/>
            <w:hideMark/>
          </w:tcPr>
          <w:p w14:paraId="2E09C4A8" w14:textId="77777777" w:rsidR="00A743CB" w:rsidRPr="00A743CB" w:rsidRDefault="00A743CB" w:rsidP="00A743CB">
            <w:pPr>
              <w:spacing w:after="0" w:line="240" w:lineRule="auto"/>
              <w:rPr>
                <w:rFonts w:cs="Times New Roman"/>
                <w:szCs w:val="24"/>
              </w:rPr>
            </w:pPr>
            <w:r w:rsidRPr="00A743CB">
              <w:rPr>
                <w:rFonts w:cs="Times New Roman"/>
                <w:szCs w:val="24"/>
              </w:rPr>
              <w:t>Professionalism</w:t>
            </w:r>
          </w:p>
        </w:tc>
        <w:tc>
          <w:tcPr>
            <w:tcW w:w="0" w:type="auto"/>
            <w:vAlign w:val="center"/>
            <w:hideMark/>
          </w:tcPr>
          <w:p w14:paraId="47CA357A" w14:textId="77777777" w:rsidR="00A743CB" w:rsidRPr="00A743CB" w:rsidRDefault="00A743CB" w:rsidP="00A743CB">
            <w:pPr>
              <w:spacing w:after="0" w:line="240" w:lineRule="auto"/>
              <w:rPr>
                <w:rFonts w:cs="Times New Roman"/>
                <w:szCs w:val="24"/>
              </w:rPr>
            </w:pPr>
            <w:r w:rsidRPr="00A743CB">
              <w:rPr>
                <w:rFonts w:cs="Times New Roman"/>
                <w:szCs w:val="24"/>
              </w:rPr>
              <w:t>Prepared, polished, audience-aware</w:t>
            </w:r>
          </w:p>
        </w:tc>
        <w:tc>
          <w:tcPr>
            <w:tcW w:w="0" w:type="auto"/>
            <w:vAlign w:val="center"/>
            <w:hideMark/>
          </w:tcPr>
          <w:p w14:paraId="337257FF" w14:textId="77777777" w:rsidR="00A743CB" w:rsidRPr="00A743CB" w:rsidRDefault="00A743CB" w:rsidP="00A743CB">
            <w:pPr>
              <w:spacing w:after="0" w:line="240" w:lineRule="auto"/>
              <w:jc w:val="right"/>
              <w:rPr>
                <w:rFonts w:cs="Times New Roman"/>
                <w:szCs w:val="24"/>
              </w:rPr>
            </w:pPr>
            <w:r w:rsidRPr="00A743CB">
              <w:rPr>
                <w:rFonts w:cs="Times New Roman"/>
                <w:szCs w:val="24"/>
              </w:rPr>
              <w:t>10</w:t>
            </w:r>
          </w:p>
        </w:tc>
      </w:tr>
    </w:tbl>
    <w:p w14:paraId="47750B5B"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Total: 100</w:t>
      </w:r>
    </w:p>
    <w:p w14:paraId="70418530" w14:textId="77777777" w:rsidR="00A743CB" w:rsidRPr="00A743CB" w:rsidRDefault="00A743CB" w:rsidP="00A743CB">
      <w:pPr>
        <w:spacing w:after="0" w:line="240" w:lineRule="auto"/>
        <w:rPr>
          <w:rFonts w:cs="Times New Roman"/>
          <w:szCs w:val="24"/>
        </w:rPr>
      </w:pPr>
      <w:r w:rsidRPr="00A743CB">
        <w:rPr>
          <w:rFonts w:cs="Times New Roman"/>
          <w:szCs w:val="24"/>
        </w:rPr>
        <w:pict w14:anchorId="79C348F9">
          <v:rect id="_x0000_i1041" style="width:0;height:1.5pt" o:hralign="center" o:hrstd="t" o:hr="t" fillcolor="#a0a0a0" stroked="f"/>
        </w:pict>
      </w:r>
    </w:p>
    <w:p w14:paraId="1C9F6831"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lastRenderedPageBreak/>
        <w:t>15. ATTENDANCE, PARTICIPATION, ACADEMIC INTEGRITY, AND AI USE</w:t>
      </w:r>
    </w:p>
    <w:p w14:paraId="2A6CED0E"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Attendance Policy</w:t>
      </w:r>
    </w:p>
    <w:p w14:paraId="2FCEEFFA"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 xml:space="preserve">Traditional attendance is required for this class. The maximum allowance is </w:t>
      </w:r>
      <w:r w:rsidRPr="00A743CB">
        <w:rPr>
          <w:rFonts w:cs="Times New Roman"/>
          <w:b/>
          <w:bCs/>
          <w:szCs w:val="24"/>
        </w:rPr>
        <w:t>3 absences</w:t>
      </w:r>
      <w:r w:rsidRPr="00A743CB">
        <w:rPr>
          <w:rFonts w:cs="Times New Roman"/>
          <w:szCs w:val="24"/>
        </w:rPr>
        <w:t>. Because this is a performance-based course built around live speaking, workshop participation, and presentation days, attendance is especially important. Students are responsible for all material covered during any absence, including in-class instructions, peer feedback, and presentation expectations. This attendance language is adapted from your uploaded BA 304 syllabus.</w:t>
      </w:r>
    </w:p>
    <w:p w14:paraId="30D92502"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Participation Expectations</w:t>
      </w:r>
    </w:p>
    <w:p w14:paraId="156D99BE"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Students are expected to attend regularly, check Blackboard regularly, read and follow the syllabus, communicate with the professor when clarification is needed, and contribute respectfully to the learning environment. These expectations are adapted from the “Lander Classroom Responsibilities” section in your uploaded syllabus.</w:t>
      </w:r>
    </w:p>
    <w:p w14:paraId="28AFC399"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Academic Integrity</w:t>
      </w:r>
    </w:p>
    <w:p w14:paraId="79EF998C"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Students may not give, use, or receive unauthorized aid in academic activities because these are serious violations of academic integrity. Students are expected to know and accept the consequences of plagiarism and other violations, which may include a failing assignment grade, failing the course, or additional university sanctions. The Lander University Academic Honor Code may be found in the Lander Student Handbook, and students are responsible for understanding the possible consequences of violating the code. This language is adapted from the “Lander Classroom Responsibilities” and “Lander Academic Honor Code” sections of your uploaded syllabus.</w:t>
      </w:r>
    </w:p>
    <w:p w14:paraId="77E28F4F"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AI Use Policy</w:t>
      </w:r>
    </w:p>
    <w:p w14:paraId="49A0C8DA"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AI is encouraged in this course, but responsible use is required. Students are expected to use AI to support their work, not replace their effort. AI-generated material should be revised, verified, and improved before it is presented. Students remain responsible for accuracy, quality, clarity, and delivery.</w:t>
      </w:r>
    </w:p>
    <w:p w14:paraId="3846367A"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Students are expected to use AI as a helper rather than a substitute for thinking, revise AI-generated material before presenting it, verify claims and examples, make final decisions themselves, speak in their own voice, and document prompting when required. Students may not blindly copy AI output, present unverified information as fact, rely on AI to avoid preparation, or misrepresent AI-generated work when disclosure is required. This course-level AI guidance is consistent with the Lander AI language in your uploaded syllabus stating that faculty may allow or restrict technology use in ways appropriate to the course, provided those expectations are clearly communicated.</w:t>
      </w:r>
    </w:p>
    <w:p w14:paraId="78A4B3A5" w14:textId="77777777" w:rsidR="00A743CB" w:rsidRPr="00A743CB" w:rsidRDefault="00A743CB" w:rsidP="00A743CB">
      <w:pPr>
        <w:spacing w:after="0" w:line="240" w:lineRule="auto"/>
        <w:rPr>
          <w:rFonts w:cs="Times New Roman"/>
          <w:szCs w:val="24"/>
        </w:rPr>
      </w:pPr>
      <w:r w:rsidRPr="00A743CB">
        <w:rPr>
          <w:rFonts w:cs="Times New Roman"/>
          <w:szCs w:val="24"/>
        </w:rPr>
        <w:pict w14:anchorId="53D3657A">
          <v:rect id="_x0000_i1042" style="width:0;height:1.5pt" o:hralign="center" o:hrstd="t" o:hr="t" fillcolor="#a0a0a0" stroked="f"/>
        </w:pict>
      </w:r>
    </w:p>
    <w:p w14:paraId="618CAC29"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lastRenderedPageBreak/>
        <w:t>16. WEEKLY PROMPT LOG REQUIREMENT</w:t>
      </w:r>
    </w:p>
    <w:p w14:paraId="6CB59E66"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For each presentation, students will submit a brief prompt log. This is one of the most important accountability features in the course because it prevents shallow AI use.</w:t>
      </w:r>
    </w:p>
    <w:p w14:paraId="0E8A926A"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Each prompt log should include:</w:t>
      </w:r>
    </w:p>
    <w:p w14:paraId="751F9A96" w14:textId="77777777" w:rsidR="00A743CB" w:rsidRPr="00A743CB" w:rsidRDefault="00A743CB" w:rsidP="00A743CB">
      <w:pPr>
        <w:numPr>
          <w:ilvl w:val="0"/>
          <w:numId w:val="17"/>
        </w:numPr>
        <w:spacing w:before="100" w:beforeAutospacing="1" w:after="100" w:afterAutospacing="1" w:line="240" w:lineRule="auto"/>
        <w:rPr>
          <w:rFonts w:cs="Times New Roman"/>
          <w:szCs w:val="24"/>
        </w:rPr>
      </w:pPr>
      <w:r w:rsidRPr="00A743CB">
        <w:rPr>
          <w:rFonts w:cs="Times New Roman"/>
          <w:szCs w:val="24"/>
        </w:rPr>
        <w:t>Three to five prompts the student used</w:t>
      </w:r>
    </w:p>
    <w:p w14:paraId="587A6187" w14:textId="77777777" w:rsidR="00A743CB" w:rsidRPr="00A743CB" w:rsidRDefault="00A743CB" w:rsidP="00A743CB">
      <w:pPr>
        <w:numPr>
          <w:ilvl w:val="0"/>
          <w:numId w:val="17"/>
        </w:numPr>
        <w:spacing w:before="100" w:beforeAutospacing="1" w:after="100" w:afterAutospacing="1" w:line="240" w:lineRule="auto"/>
        <w:rPr>
          <w:rFonts w:cs="Times New Roman"/>
          <w:szCs w:val="24"/>
        </w:rPr>
      </w:pPr>
      <w:r w:rsidRPr="00A743CB">
        <w:rPr>
          <w:rFonts w:cs="Times New Roman"/>
          <w:szCs w:val="24"/>
        </w:rPr>
        <w:t>One example of a weak AI result</w:t>
      </w:r>
    </w:p>
    <w:p w14:paraId="69FC6DC1" w14:textId="77777777" w:rsidR="00A743CB" w:rsidRPr="00A743CB" w:rsidRDefault="00A743CB" w:rsidP="00A743CB">
      <w:pPr>
        <w:numPr>
          <w:ilvl w:val="0"/>
          <w:numId w:val="17"/>
        </w:numPr>
        <w:spacing w:before="100" w:beforeAutospacing="1" w:after="100" w:afterAutospacing="1" w:line="240" w:lineRule="auto"/>
        <w:rPr>
          <w:rFonts w:cs="Times New Roman"/>
          <w:szCs w:val="24"/>
        </w:rPr>
      </w:pPr>
      <w:r w:rsidRPr="00A743CB">
        <w:rPr>
          <w:rFonts w:cs="Times New Roman"/>
          <w:szCs w:val="24"/>
        </w:rPr>
        <w:t>One example of how the student improved that weak result</w:t>
      </w:r>
    </w:p>
    <w:p w14:paraId="140B6CAB" w14:textId="77777777" w:rsidR="00A743CB" w:rsidRPr="00A743CB" w:rsidRDefault="00A743CB" w:rsidP="00A743CB">
      <w:pPr>
        <w:numPr>
          <w:ilvl w:val="0"/>
          <w:numId w:val="17"/>
        </w:numPr>
        <w:spacing w:before="100" w:beforeAutospacing="1" w:after="100" w:afterAutospacing="1" w:line="240" w:lineRule="auto"/>
        <w:rPr>
          <w:rFonts w:cs="Times New Roman"/>
          <w:szCs w:val="24"/>
        </w:rPr>
      </w:pPr>
      <w:r w:rsidRPr="00A743CB">
        <w:rPr>
          <w:rFonts w:cs="Times New Roman"/>
          <w:szCs w:val="24"/>
        </w:rPr>
        <w:t>A short paragraph explaining what AI helped the student do</w:t>
      </w:r>
    </w:p>
    <w:p w14:paraId="155490A6" w14:textId="77777777" w:rsidR="00A743CB" w:rsidRPr="00A743CB" w:rsidRDefault="00A743CB" w:rsidP="00A743CB">
      <w:pPr>
        <w:numPr>
          <w:ilvl w:val="0"/>
          <w:numId w:val="17"/>
        </w:numPr>
        <w:spacing w:before="100" w:beforeAutospacing="1" w:after="100" w:afterAutospacing="1" w:line="240" w:lineRule="auto"/>
        <w:rPr>
          <w:rFonts w:cs="Times New Roman"/>
          <w:szCs w:val="24"/>
        </w:rPr>
      </w:pPr>
      <w:r w:rsidRPr="00A743CB">
        <w:rPr>
          <w:rFonts w:cs="Times New Roman"/>
          <w:szCs w:val="24"/>
        </w:rPr>
        <w:t>A short paragraph explaining what the student had to fix independently</w:t>
      </w:r>
    </w:p>
    <w:p w14:paraId="683DF071"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This requirement ensures that students learn how to think with AI rather than hide behind it.</w:t>
      </w:r>
    </w:p>
    <w:p w14:paraId="2B3E0B79" w14:textId="77777777" w:rsidR="00A743CB" w:rsidRPr="00A743CB" w:rsidRDefault="00A743CB" w:rsidP="00A743CB">
      <w:pPr>
        <w:spacing w:after="0" w:line="240" w:lineRule="auto"/>
        <w:rPr>
          <w:rFonts w:cs="Times New Roman"/>
          <w:szCs w:val="24"/>
        </w:rPr>
      </w:pPr>
      <w:r w:rsidRPr="00A743CB">
        <w:rPr>
          <w:rFonts w:cs="Times New Roman"/>
          <w:szCs w:val="24"/>
        </w:rPr>
        <w:pict w14:anchorId="6FE8DE3F">
          <v:rect id="_x0000_i1043" style="width:0;height:1.5pt" o:hralign="center" o:hrstd="t" o:hr="t" fillcolor="#a0a0a0" stroked="f"/>
        </w:pict>
      </w:r>
    </w:p>
    <w:p w14:paraId="064AF46E"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17. FIFTEEN-WEEK COURSE SCHEDULE</w:t>
      </w:r>
    </w:p>
    <w:p w14:paraId="048FE0C7"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Week 1</w:t>
      </w:r>
    </w:p>
    <w:p w14:paraId="1EAEEA57"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Class 1:</w:t>
      </w:r>
      <w:r w:rsidRPr="00A743CB">
        <w:rPr>
          <w:rFonts w:cs="Times New Roman"/>
          <w:szCs w:val="24"/>
        </w:rPr>
        <w:t xml:space="preserve"> Course introduction; why presentations matter; why AI matters; course expectations</w:t>
      </w:r>
      <w:r w:rsidRPr="00A743CB">
        <w:rPr>
          <w:rFonts w:cs="Times New Roman"/>
          <w:szCs w:val="24"/>
        </w:rPr>
        <w:br/>
      </w:r>
      <w:r w:rsidRPr="00A743CB">
        <w:rPr>
          <w:rFonts w:cs="Times New Roman"/>
          <w:b/>
          <w:bCs/>
          <w:szCs w:val="24"/>
        </w:rPr>
        <w:t>Class 2:</w:t>
      </w:r>
      <w:r w:rsidRPr="00A743CB">
        <w:rPr>
          <w:rFonts w:cs="Times New Roman"/>
          <w:szCs w:val="24"/>
        </w:rPr>
        <w:t xml:space="preserve"> What makes a good presentation; presentation anxiety; confidence through repetition</w:t>
      </w:r>
    </w:p>
    <w:p w14:paraId="3760E05A"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Week 2</w:t>
      </w:r>
    </w:p>
    <w:p w14:paraId="1A8BA0E2"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Class 1:</w:t>
      </w:r>
      <w:r w:rsidRPr="00A743CB">
        <w:rPr>
          <w:rFonts w:cs="Times New Roman"/>
          <w:szCs w:val="24"/>
        </w:rPr>
        <w:t xml:space="preserve"> Prompting fundamentals; asking AI for outlines, structure, and slide content</w:t>
      </w:r>
      <w:r w:rsidRPr="00A743CB">
        <w:rPr>
          <w:rFonts w:cs="Times New Roman"/>
          <w:szCs w:val="24"/>
        </w:rPr>
        <w:br/>
      </w:r>
      <w:r w:rsidRPr="00A743CB">
        <w:rPr>
          <w:rFonts w:cs="Times New Roman"/>
          <w:b/>
          <w:bCs/>
          <w:szCs w:val="24"/>
        </w:rPr>
        <w:t>Class 2:</w:t>
      </w:r>
      <w:r w:rsidRPr="00A743CB">
        <w:rPr>
          <w:rFonts w:cs="Times New Roman"/>
          <w:szCs w:val="24"/>
        </w:rPr>
        <w:t xml:space="preserve"> Solo Presentation 1 – Introduce Yourself with AI Support</w:t>
      </w:r>
    </w:p>
    <w:p w14:paraId="79A7BCD0"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Week 3</w:t>
      </w:r>
    </w:p>
    <w:p w14:paraId="3303790A"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Class 1:</w:t>
      </w:r>
      <w:r w:rsidRPr="00A743CB">
        <w:rPr>
          <w:rFonts w:cs="Times New Roman"/>
          <w:szCs w:val="24"/>
        </w:rPr>
        <w:t xml:space="preserve"> Using AI as a presentation assistant; brainstorming, outlining, simplifying, improving</w:t>
      </w:r>
      <w:r w:rsidRPr="00A743CB">
        <w:rPr>
          <w:rFonts w:cs="Times New Roman"/>
          <w:szCs w:val="24"/>
        </w:rPr>
        <w:br/>
      </w:r>
      <w:r w:rsidRPr="00A743CB">
        <w:rPr>
          <w:rFonts w:cs="Times New Roman"/>
          <w:b/>
          <w:bCs/>
          <w:szCs w:val="24"/>
        </w:rPr>
        <w:t>Class 2:</w:t>
      </w:r>
      <w:r w:rsidRPr="00A743CB">
        <w:rPr>
          <w:rFonts w:cs="Times New Roman"/>
          <w:szCs w:val="24"/>
        </w:rPr>
        <w:t xml:space="preserve"> Team Presentation 1 – Explain an AI Tool</w:t>
      </w:r>
    </w:p>
    <w:p w14:paraId="274749AE"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Week 4</w:t>
      </w:r>
    </w:p>
    <w:p w14:paraId="74E251E7"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Class 1:</w:t>
      </w:r>
      <w:r w:rsidRPr="00A743CB">
        <w:rPr>
          <w:rFonts w:cs="Times New Roman"/>
          <w:szCs w:val="24"/>
        </w:rPr>
        <w:t xml:space="preserve"> Structure of a strong talk; openings, transitions, body, and conclusion</w:t>
      </w:r>
      <w:r w:rsidRPr="00A743CB">
        <w:rPr>
          <w:rFonts w:cs="Times New Roman"/>
          <w:szCs w:val="24"/>
        </w:rPr>
        <w:br/>
      </w:r>
      <w:r w:rsidRPr="00A743CB">
        <w:rPr>
          <w:rFonts w:cs="Times New Roman"/>
          <w:b/>
          <w:bCs/>
          <w:szCs w:val="24"/>
        </w:rPr>
        <w:t>Class 2:</w:t>
      </w:r>
      <w:r w:rsidRPr="00A743CB">
        <w:rPr>
          <w:rFonts w:cs="Times New Roman"/>
          <w:szCs w:val="24"/>
        </w:rPr>
        <w:t xml:space="preserve"> Solo Presentation 2 – Teach the Class Something Useful</w:t>
      </w:r>
    </w:p>
    <w:p w14:paraId="296D05E1"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Week 5</w:t>
      </w:r>
    </w:p>
    <w:p w14:paraId="56873F0F"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Class 1:</w:t>
      </w:r>
      <w:r w:rsidRPr="00A743CB">
        <w:rPr>
          <w:rFonts w:cs="Times New Roman"/>
          <w:szCs w:val="24"/>
        </w:rPr>
        <w:t xml:space="preserve"> Slide design basics; visual simplicity; readability; audience focus</w:t>
      </w:r>
      <w:r w:rsidRPr="00A743CB">
        <w:rPr>
          <w:rFonts w:cs="Times New Roman"/>
          <w:szCs w:val="24"/>
        </w:rPr>
        <w:br/>
      </w:r>
      <w:r w:rsidRPr="00A743CB">
        <w:rPr>
          <w:rFonts w:cs="Times New Roman"/>
          <w:b/>
          <w:bCs/>
          <w:szCs w:val="24"/>
        </w:rPr>
        <w:t>Class 2:</w:t>
      </w:r>
      <w:r w:rsidRPr="00A743CB">
        <w:rPr>
          <w:rFonts w:cs="Times New Roman"/>
          <w:szCs w:val="24"/>
        </w:rPr>
        <w:t xml:space="preserve"> Team Presentation 2 – Solve a Real-World Problem</w:t>
      </w:r>
    </w:p>
    <w:p w14:paraId="1D8B16BE"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lastRenderedPageBreak/>
        <w:t>Week 6</w:t>
      </w:r>
    </w:p>
    <w:p w14:paraId="7BF426E6"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Class 1:</w:t>
      </w:r>
      <w:r w:rsidRPr="00A743CB">
        <w:rPr>
          <w:rFonts w:cs="Times New Roman"/>
          <w:szCs w:val="24"/>
        </w:rPr>
        <w:t xml:space="preserve"> Building a presentation fast; rapid AI workflows</w:t>
      </w:r>
      <w:r w:rsidRPr="00A743CB">
        <w:rPr>
          <w:rFonts w:cs="Times New Roman"/>
          <w:szCs w:val="24"/>
        </w:rPr>
        <w:br/>
      </w:r>
      <w:r w:rsidRPr="00A743CB">
        <w:rPr>
          <w:rFonts w:cs="Times New Roman"/>
          <w:b/>
          <w:bCs/>
          <w:szCs w:val="24"/>
        </w:rPr>
        <w:t>Class 2:</w:t>
      </w:r>
      <w:r w:rsidRPr="00A743CB">
        <w:rPr>
          <w:rFonts w:cs="Times New Roman"/>
          <w:szCs w:val="24"/>
        </w:rPr>
        <w:t xml:space="preserve"> Solo Presentation 3 – Persuasive Presentation</w:t>
      </w:r>
    </w:p>
    <w:p w14:paraId="60854861"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Week 7</w:t>
      </w:r>
    </w:p>
    <w:p w14:paraId="743690C5"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Class 1:</w:t>
      </w:r>
      <w:r w:rsidRPr="00A743CB">
        <w:rPr>
          <w:rFonts w:cs="Times New Roman"/>
          <w:szCs w:val="24"/>
        </w:rPr>
        <w:t xml:space="preserve"> Storytelling and audience engagement</w:t>
      </w:r>
      <w:r w:rsidRPr="00A743CB">
        <w:rPr>
          <w:rFonts w:cs="Times New Roman"/>
          <w:szCs w:val="24"/>
        </w:rPr>
        <w:br/>
      </w:r>
      <w:r w:rsidRPr="00A743CB">
        <w:rPr>
          <w:rFonts w:cs="Times New Roman"/>
          <w:b/>
          <w:bCs/>
          <w:szCs w:val="24"/>
        </w:rPr>
        <w:t>Class 2:</w:t>
      </w:r>
      <w:r w:rsidRPr="00A743CB">
        <w:rPr>
          <w:rFonts w:cs="Times New Roman"/>
          <w:szCs w:val="24"/>
        </w:rPr>
        <w:t xml:space="preserve"> Team Presentation 3 – Comparison Presentation</w:t>
      </w:r>
    </w:p>
    <w:p w14:paraId="6C5CC61B"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Week 8</w:t>
      </w:r>
    </w:p>
    <w:p w14:paraId="3E28F36B"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Class 1:</w:t>
      </w:r>
      <w:r w:rsidRPr="00A743CB">
        <w:rPr>
          <w:rFonts w:cs="Times New Roman"/>
          <w:szCs w:val="24"/>
        </w:rPr>
        <w:t xml:space="preserve"> Using AI for speaker notes, rehearsal, transitions, and revision</w:t>
      </w:r>
      <w:r w:rsidRPr="00A743CB">
        <w:rPr>
          <w:rFonts w:cs="Times New Roman"/>
          <w:szCs w:val="24"/>
        </w:rPr>
        <w:br/>
      </w:r>
      <w:r w:rsidRPr="00A743CB">
        <w:rPr>
          <w:rFonts w:cs="Times New Roman"/>
          <w:b/>
          <w:bCs/>
          <w:szCs w:val="24"/>
        </w:rPr>
        <w:t>Class 2:</w:t>
      </w:r>
      <w:r w:rsidRPr="00A743CB">
        <w:rPr>
          <w:rFonts w:cs="Times New Roman"/>
          <w:szCs w:val="24"/>
        </w:rPr>
        <w:t xml:space="preserve"> Solo Presentation 4 – Information into Story</w:t>
      </w:r>
    </w:p>
    <w:p w14:paraId="440F2238"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Week 9</w:t>
      </w:r>
    </w:p>
    <w:p w14:paraId="13A089BA"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Class 1:</w:t>
      </w:r>
      <w:r w:rsidRPr="00A743CB">
        <w:rPr>
          <w:rFonts w:cs="Times New Roman"/>
          <w:szCs w:val="24"/>
        </w:rPr>
        <w:t xml:space="preserve"> Delivery skills; pacing, posture, confidence, professionalism</w:t>
      </w:r>
      <w:r w:rsidRPr="00A743CB">
        <w:rPr>
          <w:rFonts w:cs="Times New Roman"/>
          <w:szCs w:val="24"/>
        </w:rPr>
        <w:br/>
      </w:r>
      <w:r w:rsidRPr="00A743CB">
        <w:rPr>
          <w:rFonts w:cs="Times New Roman"/>
          <w:b/>
          <w:bCs/>
          <w:szCs w:val="24"/>
        </w:rPr>
        <w:t>Class 2:</w:t>
      </w:r>
      <w:r w:rsidRPr="00A743CB">
        <w:rPr>
          <w:rFonts w:cs="Times New Roman"/>
          <w:szCs w:val="24"/>
        </w:rPr>
        <w:t xml:space="preserve"> Team Presentation 4 – Crisis or Challenge Response</w:t>
      </w:r>
    </w:p>
    <w:p w14:paraId="10D04DB6"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Week 10</w:t>
      </w:r>
    </w:p>
    <w:p w14:paraId="2241E7E1"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Class 1:</w:t>
      </w:r>
      <w:r w:rsidRPr="00A743CB">
        <w:rPr>
          <w:rFonts w:cs="Times New Roman"/>
          <w:szCs w:val="24"/>
        </w:rPr>
        <w:t xml:space="preserve"> How to create a presentation in 15 minutes</w:t>
      </w:r>
      <w:r w:rsidRPr="00A743CB">
        <w:rPr>
          <w:rFonts w:cs="Times New Roman"/>
          <w:szCs w:val="24"/>
        </w:rPr>
        <w:br/>
      </w:r>
      <w:r w:rsidRPr="00A743CB">
        <w:rPr>
          <w:rFonts w:cs="Times New Roman"/>
          <w:b/>
          <w:bCs/>
          <w:szCs w:val="24"/>
        </w:rPr>
        <w:t>Class 2:</w:t>
      </w:r>
      <w:r w:rsidRPr="00A743CB">
        <w:rPr>
          <w:rFonts w:cs="Times New Roman"/>
          <w:szCs w:val="24"/>
        </w:rPr>
        <w:t xml:space="preserve"> Solo Presentation 5 – Rapid Build Presentation</w:t>
      </w:r>
    </w:p>
    <w:p w14:paraId="55697562"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Week 11</w:t>
      </w:r>
    </w:p>
    <w:p w14:paraId="49C917DA"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Class 1:</w:t>
      </w:r>
      <w:r w:rsidRPr="00A743CB">
        <w:rPr>
          <w:rFonts w:cs="Times New Roman"/>
          <w:szCs w:val="24"/>
        </w:rPr>
        <w:t xml:space="preserve"> Team workflow with AI; assigning tasks and building consistency</w:t>
      </w:r>
      <w:r w:rsidRPr="00A743CB">
        <w:rPr>
          <w:rFonts w:cs="Times New Roman"/>
          <w:szCs w:val="24"/>
        </w:rPr>
        <w:br/>
      </w:r>
      <w:r w:rsidRPr="00A743CB">
        <w:rPr>
          <w:rFonts w:cs="Times New Roman"/>
          <w:b/>
          <w:bCs/>
          <w:szCs w:val="24"/>
        </w:rPr>
        <w:t>Class 2:</w:t>
      </w:r>
      <w:r w:rsidRPr="00A743CB">
        <w:rPr>
          <w:rFonts w:cs="Times New Roman"/>
          <w:szCs w:val="24"/>
        </w:rPr>
        <w:t xml:space="preserve"> Team Presentation 5 – Team Pitch Presentation</w:t>
      </w:r>
    </w:p>
    <w:p w14:paraId="42A4EB93"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Week 12</w:t>
      </w:r>
    </w:p>
    <w:p w14:paraId="4BEE3706"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Class 1:</w:t>
      </w:r>
      <w:r w:rsidRPr="00A743CB">
        <w:rPr>
          <w:rFonts w:cs="Times New Roman"/>
          <w:szCs w:val="24"/>
        </w:rPr>
        <w:t xml:space="preserve"> Advanced prompt refinement; adapting presentations for audience and purpose</w:t>
      </w:r>
      <w:r w:rsidRPr="00A743CB">
        <w:rPr>
          <w:rFonts w:cs="Times New Roman"/>
          <w:szCs w:val="24"/>
        </w:rPr>
        <w:br/>
      </w:r>
      <w:r w:rsidRPr="00A743CB">
        <w:rPr>
          <w:rFonts w:cs="Times New Roman"/>
          <w:b/>
          <w:bCs/>
          <w:szCs w:val="24"/>
        </w:rPr>
        <w:t>Class 2:</w:t>
      </w:r>
      <w:r w:rsidRPr="00A743CB">
        <w:rPr>
          <w:rFonts w:cs="Times New Roman"/>
          <w:szCs w:val="24"/>
        </w:rPr>
        <w:t xml:space="preserve"> Workshop and revision lab</w:t>
      </w:r>
    </w:p>
    <w:p w14:paraId="0CC1CC1B"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Week 13</w:t>
      </w:r>
    </w:p>
    <w:p w14:paraId="01BFE302"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Class 1:</w:t>
      </w:r>
      <w:r w:rsidRPr="00A743CB">
        <w:rPr>
          <w:rFonts w:cs="Times New Roman"/>
          <w:szCs w:val="24"/>
        </w:rPr>
        <w:t xml:space="preserve"> AI for presentation coaching; fixing weak flow, weak slides, and weak delivery</w:t>
      </w:r>
      <w:r w:rsidRPr="00A743CB">
        <w:rPr>
          <w:rFonts w:cs="Times New Roman"/>
          <w:szCs w:val="24"/>
        </w:rPr>
        <w:br/>
      </w:r>
      <w:r w:rsidRPr="00A743CB">
        <w:rPr>
          <w:rFonts w:cs="Times New Roman"/>
          <w:b/>
          <w:bCs/>
          <w:szCs w:val="24"/>
        </w:rPr>
        <w:t>Class 2:</w:t>
      </w:r>
      <w:r w:rsidRPr="00A743CB">
        <w:rPr>
          <w:rFonts w:cs="Times New Roman"/>
          <w:szCs w:val="24"/>
        </w:rPr>
        <w:t xml:space="preserve"> Mock presentation lab</w:t>
      </w:r>
    </w:p>
    <w:p w14:paraId="397463DF"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t>Week 14</w:t>
      </w:r>
    </w:p>
    <w:p w14:paraId="412838EE"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Class 1:</w:t>
      </w:r>
      <w:r w:rsidRPr="00A743CB">
        <w:rPr>
          <w:rFonts w:cs="Times New Roman"/>
          <w:szCs w:val="24"/>
        </w:rPr>
        <w:t xml:space="preserve"> Final exam preparation; unknown-topic practice; timed drills</w:t>
      </w:r>
      <w:r w:rsidRPr="00A743CB">
        <w:rPr>
          <w:rFonts w:cs="Times New Roman"/>
          <w:szCs w:val="24"/>
        </w:rPr>
        <w:br/>
      </w:r>
      <w:r w:rsidRPr="00A743CB">
        <w:rPr>
          <w:rFonts w:cs="Times New Roman"/>
          <w:b/>
          <w:bCs/>
          <w:szCs w:val="24"/>
        </w:rPr>
        <w:t>Class 2:</w:t>
      </w:r>
      <w:r w:rsidRPr="00A743CB">
        <w:rPr>
          <w:rFonts w:cs="Times New Roman"/>
          <w:szCs w:val="24"/>
        </w:rPr>
        <w:t xml:space="preserve"> Practice and targeted feedback</w:t>
      </w:r>
    </w:p>
    <w:p w14:paraId="3F1CE7EA" w14:textId="77777777" w:rsidR="00A743CB" w:rsidRPr="00A743CB" w:rsidRDefault="00A743CB" w:rsidP="00A743CB">
      <w:pPr>
        <w:spacing w:before="100" w:beforeAutospacing="1" w:after="100" w:afterAutospacing="1" w:line="240" w:lineRule="auto"/>
        <w:outlineLvl w:val="1"/>
        <w:rPr>
          <w:rFonts w:cs="Times New Roman"/>
          <w:b/>
          <w:bCs/>
          <w:sz w:val="36"/>
          <w:szCs w:val="36"/>
        </w:rPr>
      </w:pPr>
      <w:r w:rsidRPr="00A743CB">
        <w:rPr>
          <w:rFonts w:cs="Times New Roman"/>
          <w:b/>
          <w:bCs/>
          <w:sz w:val="36"/>
          <w:szCs w:val="36"/>
        </w:rPr>
        <w:lastRenderedPageBreak/>
        <w:t>Week 15</w:t>
      </w:r>
    </w:p>
    <w:p w14:paraId="52F9D399"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Class 1 / Final Exam Slot:</w:t>
      </w:r>
      <w:r w:rsidRPr="00A743CB">
        <w:rPr>
          <w:rFonts w:cs="Times New Roman"/>
          <w:szCs w:val="24"/>
        </w:rPr>
        <w:t xml:space="preserve"> Final Presentation Exam – Assigned topic, timed preparation, live delivery</w:t>
      </w:r>
      <w:r w:rsidRPr="00A743CB">
        <w:rPr>
          <w:rFonts w:cs="Times New Roman"/>
          <w:szCs w:val="24"/>
        </w:rPr>
        <w:br/>
      </w:r>
      <w:r w:rsidRPr="00A743CB">
        <w:rPr>
          <w:rFonts w:cs="Times New Roman"/>
          <w:b/>
          <w:bCs/>
          <w:szCs w:val="24"/>
        </w:rPr>
        <w:t>Class 2 / Final Exam Slot:</w:t>
      </w:r>
      <w:r w:rsidRPr="00A743CB">
        <w:rPr>
          <w:rFonts w:cs="Times New Roman"/>
          <w:szCs w:val="24"/>
        </w:rPr>
        <w:t xml:space="preserve"> Remaining final presentations if needed</w:t>
      </w:r>
    </w:p>
    <w:p w14:paraId="55377B62" w14:textId="77777777" w:rsidR="00A743CB" w:rsidRPr="00A743CB" w:rsidRDefault="00A743CB" w:rsidP="00A743CB">
      <w:pPr>
        <w:spacing w:after="0" w:line="240" w:lineRule="auto"/>
        <w:rPr>
          <w:rFonts w:cs="Times New Roman"/>
          <w:szCs w:val="24"/>
        </w:rPr>
      </w:pPr>
      <w:r w:rsidRPr="00A743CB">
        <w:rPr>
          <w:rFonts w:cs="Times New Roman"/>
          <w:szCs w:val="24"/>
        </w:rPr>
        <w:pict w14:anchorId="53A30A6D">
          <v:rect id="_x0000_i1044" style="width:0;height:1.5pt" o:hralign="center" o:hrstd="t" o:hr="t" fillcolor="#a0a0a0" stroked="f"/>
        </w:pict>
      </w:r>
    </w:p>
    <w:p w14:paraId="4C854088"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18. STUDENT-FACING COURSE DESCRIPTION</w:t>
      </w:r>
    </w:p>
    <w:p w14:paraId="2F098AC2"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 xml:space="preserve">Welcome to </w:t>
      </w:r>
      <w:r w:rsidRPr="00A743CB">
        <w:rPr>
          <w:rFonts w:cs="Times New Roman"/>
          <w:b/>
          <w:bCs/>
          <w:szCs w:val="24"/>
        </w:rPr>
        <w:t>AI for Presentations</w:t>
      </w:r>
      <w:r w:rsidRPr="00A743CB">
        <w:rPr>
          <w:rFonts w:cs="Times New Roman"/>
          <w:szCs w:val="24"/>
        </w:rPr>
        <w:t>.</w:t>
      </w:r>
    </w:p>
    <w:p w14:paraId="1C1CF6CA"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This course is designed to help you become a faster, stronger, and more confident presenter. You will learn how to use AI tools to generate ideas, organize information, improve slides, rehearse your delivery, and strengthen your speaking skill. You will also learn that the best AI results usually come from repeated prompting and revision, not from accepting the first answer.</w:t>
      </w:r>
    </w:p>
    <w:p w14:paraId="1E3473B5"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You will complete multiple presentations during the semester, both individually and in teams. The goal is to help you create stronger presentations faster, reduce anxiety, improve delivery, and develop the soft skills that matter in college and in the workplace.</w:t>
      </w:r>
    </w:p>
    <w:p w14:paraId="5D47B5CD" w14:textId="77777777" w:rsidR="00A743CB" w:rsidRPr="00A743CB" w:rsidRDefault="00A743CB" w:rsidP="00A743CB">
      <w:pPr>
        <w:spacing w:after="0" w:line="240" w:lineRule="auto"/>
        <w:rPr>
          <w:rFonts w:cs="Times New Roman"/>
          <w:szCs w:val="24"/>
        </w:rPr>
      </w:pPr>
      <w:r w:rsidRPr="00A743CB">
        <w:rPr>
          <w:rFonts w:cs="Times New Roman"/>
          <w:szCs w:val="24"/>
        </w:rPr>
        <w:pict w14:anchorId="30D3D509">
          <v:rect id="_x0000_i1045" style="width:0;height:1.5pt" o:hralign="center" o:hrstd="t" o:hr="t" fillcolor="#a0a0a0" stroked="f"/>
        </w:pict>
      </w:r>
    </w:p>
    <w:p w14:paraId="23166B84"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19. CATALOG DESCRIPTION</w:t>
      </w:r>
    </w:p>
    <w:p w14:paraId="2E276BF7"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AI for Presentations</w:t>
      </w:r>
      <w:r w:rsidRPr="00A743CB">
        <w:rPr>
          <w:rFonts w:cs="Times New Roman"/>
          <w:szCs w:val="24"/>
        </w:rPr>
        <w:t xml:space="preserve"> teaches students how to use artificial intelligence to design, refine, and deliver effective presentations. Emphasis is placed on prompt development, iterative revision, slide design, speaking confidence, audience engagement, soft skills development, and rapid presentation creation. Students complete both individual and team presentations and demonstrate the ability to create and deliver a 10-minute presentation under time constraints.</w:t>
      </w:r>
    </w:p>
    <w:p w14:paraId="3965A15F" w14:textId="77777777" w:rsidR="00A743CB" w:rsidRPr="00A743CB" w:rsidRDefault="00A743CB" w:rsidP="00A743CB">
      <w:pPr>
        <w:spacing w:after="0" w:line="240" w:lineRule="auto"/>
        <w:rPr>
          <w:rFonts w:cs="Times New Roman"/>
          <w:szCs w:val="24"/>
        </w:rPr>
      </w:pPr>
      <w:r w:rsidRPr="00A743CB">
        <w:rPr>
          <w:rFonts w:cs="Times New Roman"/>
          <w:szCs w:val="24"/>
        </w:rPr>
        <w:pict w14:anchorId="49A08127">
          <v:rect id="_x0000_i1046" style="width:0;height:1.5pt" o:hralign="center" o:hrstd="t" o:hr="t" fillcolor="#a0a0a0" stroked="f"/>
        </w:pict>
      </w:r>
    </w:p>
    <w:p w14:paraId="0AEC8DA9" w14:textId="77777777"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t>20. CLOSING STATEMENT</w:t>
      </w:r>
    </w:p>
    <w:p w14:paraId="30033F32"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This course is designed not only to help students make better presentations, but to help them become more confident, more capable, and more effective communicators in an AI-shaped world. It combines AI literacy with the soft skills development that employers still need most and that technology still cannot replace.</w:t>
      </w:r>
    </w:p>
    <w:p w14:paraId="079C40DA" w14:textId="77777777" w:rsidR="00A743CB" w:rsidRPr="00A743CB" w:rsidRDefault="00A743CB" w:rsidP="00A743CB">
      <w:pPr>
        <w:spacing w:after="0" w:line="240" w:lineRule="auto"/>
        <w:rPr>
          <w:rFonts w:cs="Times New Roman"/>
          <w:szCs w:val="24"/>
        </w:rPr>
      </w:pPr>
      <w:r w:rsidRPr="00A743CB">
        <w:rPr>
          <w:rFonts w:cs="Times New Roman"/>
          <w:szCs w:val="24"/>
        </w:rPr>
        <w:pict w14:anchorId="2D878891">
          <v:rect id="_x0000_i1047" style="width:0;height:1.5pt" o:hralign="center" o:hrstd="t" o:hr="t" fillcolor="#a0a0a0" stroked="f"/>
        </w:pict>
      </w:r>
    </w:p>
    <w:p w14:paraId="237ED390" w14:textId="77777777" w:rsidR="0073415A" w:rsidRDefault="0073415A">
      <w:pPr>
        <w:spacing w:after="200"/>
        <w:rPr>
          <w:rFonts w:cs="Times New Roman"/>
          <w:b/>
          <w:bCs/>
          <w:kern w:val="36"/>
          <w:sz w:val="48"/>
          <w:szCs w:val="48"/>
        </w:rPr>
      </w:pPr>
      <w:r>
        <w:rPr>
          <w:rFonts w:cs="Times New Roman"/>
          <w:b/>
          <w:bCs/>
          <w:kern w:val="36"/>
          <w:sz w:val="48"/>
          <w:szCs w:val="48"/>
        </w:rPr>
        <w:br w:type="page"/>
      </w:r>
    </w:p>
    <w:p w14:paraId="10709CF3" w14:textId="44C70E5D" w:rsidR="00A743CB" w:rsidRPr="00A743CB" w:rsidRDefault="00A743CB" w:rsidP="00A743CB">
      <w:pPr>
        <w:spacing w:before="100" w:beforeAutospacing="1" w:after="100" w:afterAutospacing="1" w:line="240" w:lineRule="auto"/>
        <w:outlineLvl w:val="0"/>
        <w:rPr>
          <w:rFonts w:cs="Times New Roman"/>
          <w:b/>
          <w:bCs/>
          <w:kern w:val="36"/>
          <w:sz w:val="48"/>
          <w:szCs w:val="48"/>
        </w:rPr>
      </w:pPr>
      <w:r w:rsidRPr="00A743CB">
        <w:rPr>
          <w:rFonts w:cs="Times New Roman"/>
          <w:b/>
          <w:bCs/>
          <w:kern w:val="36"/>
          <w:sz w:val="48"/>
          <w:szCs w:val="48"/>
        </w:rPr>
        <w:lastRenderedPageBreak/>
        <w:t>FINAL HARD-SELL CLOSER</w:t>
      </w:r>
    </w:p>
    <w:p w14:paraId="4B41E121" w14:textId="77777777" w:rsidR="00A743CB" w:rsidRPr="00A743CB" w:rsidRDefault="00A743CB" w:rsidP="00A743CB">
      <w:pPr>
        <w:spacing w:before="100" w:beforeAutospacing="1" w:after="100" w:afterAutospacing="1" w:line="240" w:lineRule="auto"/>
        <w:rPr>
          <w:rFonts w:cs="Times New Roman"/>
          <w:szCs w:val="24"/>
        </w:rPr>
      </w:pPr>
      <w:r w:rsidRPr="00A743CB">
        <w:rPr>
          <w:rFonts w:cs="Times New Roman"/>
          <w:szCs w:val="24"/>
        </w:rPr>
        <w:t>If you need one concise closing argument for a dean or curriculum committee, use this:</w:t>
      </w:r>
    </w:p>
    <w:p w14:paraId="39669A70" w14:textId="7C2EE4D7" w:rsidR="00A743CB" w:rsidRPr="00A743CB" w:rsidRDefault="00A743CB" w:rsidP="00A743CB">
      <w:pPr>
        <w:spacing w:before="100" w:beforeAutospacing="1" w:after="100" w:afterAutospacing="1" w:line="240" w:lineRule="auto"/>
        <w:rPr>
          <w:rFonts w:cs="Times New Roman"/>
          <w:szCs w:val="24"/>
        </w:rPr>
      </w:pPr>
      <w:r w:rsidRPr="00A743CB">
        <w:rPr>
          <w:rFonts w:cs="Times New Roman"/>
          <w:b/>
          <w:bCs/>
          <w:szCs w:val="24"/>
        </w:rPr>
        <w:t xml:space="preserve">AI for Presentations is not just a course about AI. It is a course </w:t>
      </w:r>
      <w:r w:rsidR="0073415A">
        <w:rPr>
          <w:rFonts w:cs="Times New Roman"/>
          <w:b/>
          <w:bCs/>
          <w:szCs w:val="24"/>
        </w:rPr>
        <w:t xml:space="preserve">designed to make students more employable, articulate, confident, and </w:t>
      </w:r>
      <w:r w:rsidRPr="00A743CB">
        <w:rPr>
          <w:rFonts w:cs="Times New Roman"/>
          <w:b/>
          <w:bCs/>
          <w:szCs w:val="24"/>
        </w:rPr>
        <w:t>professionally prepared. It develops the soft skills employers consistently demand, while also teaching students how to use AI responsibly and effectively. In a moment when students have growing access to AI but persistent weaknesses in communication, this course is not optional enrichment. It is a smart curricular response to a real educational need.</w:t>
      </w:r>
    </w:p>
    <w:p w14:paraId="7FFFCD9D" w14:textId="52B52A47" w:rsidR="00A743CB" w:rsidRPr="00A743CB" w:rsidRDefault="00A743CB">
      <w:pPr>
        <w:spacing w:after="200"/>
        <w:rPr>
          <w:sz w:val="48"/>
        </w:rPr>
      </w:pPr>
      <w:r w:rsidRPr="00A743CB">
        <w:rPr>
          <w:sz w:val="48"/>
        </w:rPr>
        <w:br w:type="page"/>
      </w:r>
    </w:p>
    <w:p w14:paraId="3E9DBF12" w14:textId="77777777" w:rsidR="00A743CB" w:rsidRDefault="00A743CB">
      <w:pPr>
        <w:spacing w:after="200"/>
        <w:rPr>
          <w:b/>
          <w:color w:val="1F4E79"/>
          <w:sz w:val="48"/>
        </w:rPr>
      </w:pPr>
    </w:p>
    <w:sectPr w:rsidR="00A743CB" w:rsidSect="00034616">
      <w:headerReference w:type="default" r:id="rId8"/>
      <w:footerReference w:type="default" r:id="rId9"/>
      <w:pgSz w:w="12240" w:h="15840"/>
      <w:pgMar w:top="1080"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F360D" w14:textId="77777777" w:rsidR="00BD2F1E" w:rsidRDefault="00BD2F1E">
      <w:pPr>
        <w:spacing w:after="0" w:line="240" w:lineRule="auto"/>
      </w:pPr>
      <w:r>
        <w:separator/>
      </w:r>
    </w:p>
  </w:endnote>
  <w:endnote w:type="continuationSeparator" w:id="0">
    <w:p w14:paraId="476A68B1" w14:textId="77777777" w:rsidR="00BD2F1E" w:rsidRDefault="00BD2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00FE" w14:textId="77777777" w:rsidR="00F336BE" w:rsidRDefault="00BD2F1E">
    <w:pPr>
      <w:pStyle w:val="Footer"/>
      <w:jc w:val="center"/>
    </w:pPr>
    <w:r>
      <w:rPr>
        <w:sz w:val="18"/>
      </w:rPr>
      <w:t xml:space="preserve">Dr. J.K. Genesis Mitchell | Spring 2026 | Page </w:t>
    </w:r>
    <w:r>
      <w:rPr>
        <w:sz w:val="18"/>
      </w:rPr>
      <w:fldChar w:fldCharType="begin"/>
    </w:r>
    <w:r>
      <w:rPr>
        <w:sz w:val="18"/>
      </w:rPr>
      <w:instrText>PAGE</w:instrText>
    </w:r>
    <w:r w:rsidR="002A496E">
      <w:rPr>
        <w:sz w:val="18"/>
      </w:rPr>
      <w:fldChar w:fldCharType="separate"/>
    </w:r>
    <w:r w:rsidR="002A496E">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DA1C4" w14:textId="77777777" w:rsidR="00BD2F1E" w:rsidRDefault="00BD2F1E">
      <w:pPr>
        <w:spacing w:after="0" w:line="240" w:lineRule="auto"/>
      </w:pPr>
      <w:r>
        <w:separator/>
      </w:r>
    </w:p>
  </w:footnote>
  <w:footnote w:type="continuationSeparator" w:id="0">
    <w:p w14:paraId="6464DD2B" w14:textId="77777777" w:rsidR="00BD2F1E" w:rsidRDefault="00BD2F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83F5B" w14:textId="77777777" w:rsidR="00F336BE" w:rsidRDefault="00BD2F1E">
    <w:pPr>
      <w:jc w:val="right"/>
    </w:pPr>
    <w:r>
      <w:rPr>
        <w:i/>
        <w:color w:val="1F4E79"/>
        <w:sz w:val="20"/>
      </w:rPr>
      <w:t>AI for Presentations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B206AA"/>
    <w:multiLevelType w:val="multilevel"/>
    <w:tmpl w:val="9AC28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D54AF9"/>
    <w:multiLevelType w:val="multilevel"/>
    <w:tmpl w:val="FF4A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BF2F0C"/>
    <w:multiLevelType w:val="multilevel"/>
    <w:tmpl w:val="29D66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182969"/>
    <w:multiLevelType w:val="multilevel"/>
    <w:tmpl w:val="CFCA1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C00AF7"/>
    <w:multiLevelType w:val="multilevel"/>
    <w:tmpl w:val="9EEA0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1B3A9B"/>
    <w:multiLevelType w:val="multilevel"/>
    <w:tmpl w:val="273A2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480D32"/>
    <w:multiLevelType w:val="multilevel"/>
    <w:tmpl w:val="EC36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E45294"/>
    <w:multiLevelType w:val="multilevel"/>
    <w:tmpl w:val="97900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3510BD"/>
    <w:multiLevelType w:val="multilevel"/>
    <w:tmpl w:val="96666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86030A"/>
    <w:multiLevelType w:val="multilevel"/>
    <w:tmpl w:val="774C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221594"/>
    <w:multiLevelType w:val="multilevel"/>
    <w:tmpl w:val="0A942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341E9B"/>
    <w:multiLevelType w:val="multilevel"/>
    <w:tmpl w:val="9528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661521"/>
    <w:multiLevelType w:val="multilevel"/>
    <w:tmpl w:val="7A3E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767FAD"/>
    <w:multiLevelType w:val="multilevel"/>
    <w:tmpl w:val="C24C8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A609DB"/>
    <w:multiLevelType w:val="multilevel"/>
    <w:tmpl w:val="AD74A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AC6719"/>
    <w:multiLevelType w:val="multilevel"/>
    <w:tmpl w:val="E82ED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0B7B16"/>
    <w:multiLevelType w:val="multilevel"/>
    <w:tmpl w:val="96C0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6613992">
    <w:abstractNumId w:val="8"/>
  </w:num>
  <w:num w:numId="2" w16cid:durableId="1327368368">
    <w:abstractNumId w:val="6"/>
  </w:num>
  <w:num w:numId="3" w16cid:durableId="525564661">
    <w:abstractNumId w:val="5"/>
  </w:num>
  <w:num w:numId="4" w16cid:durableId="182136299">
    <w:abstractNumId w:val="4"/>
  </w:num>
  <w:num w:numId="5" w16cid:durableId="1918202094">
    <w:abstractNumId w:val="7"/>
  </w:num>
  <w:num w:numId="6" w16cid:durableId="2072650333">
    <w:abstractNumId w:val="3"/>
  </w:num>
  <w:num w:numId="7" w16cid:durableId="2071490754">
    <w:abstractNumId w:val="2"/>
  </w:num>
  <w:num w:numId="8" w16cid:durableId="1633293446">
    <w:abstractNumId w:val="1"/>
  </w:num>
  <w:num w:numId="9" w16cid:durableId="667446019">
    <w:abstractNumId w:val="0"/>
  </w:num>
  <w:num w:numId="10" w16cid:durableId="706103340">
    <w:abstractNumId w:val="17"/>
  </w:num>
  <w:num w:numId="11" w16cid:durableId="1908418850">
    <w:abstractNumId w:val="9"/>
  </w:num>
  <w:num w:numId="12" w16cid:durableId="520974150">
    <w:abstractNumId w:val="14"/>
  </w:num>
  <w:num w:numId="13" w16cid:durableId="1295990848">
    <w:abstractNumId w:val="11"/>
  </w:num>
  <w:num w:numId="14" w16cid:durableId="1786853275">
    <w:abstractNumId w:val="12"/>
  </w:num>
  <w:num w:numId="15" w16cid:durableId="1428699144">
    <w:abstractNumId w:val="25"/>
  </w:num>
  <w:num w:numId="16" w16cid:durableId="1085490853">
    <w:abstractNumId w:val="15"/>
  </w:num>
  <w:num w:numId="17" w16cid:durableId="1151023327">
    <w:abstractNumId w:val="24"/>
  </w:num>
  <w:num w:numId="18" w16cid:durableId="1473449577">
    <w:abstractNumId w:val="23"/>
  </w:num>
  <w:num w:numId="19" w16cid:durableId="869342198">
    <w:abstractNumId w:val="10"/>
  </w:num>
  <w:num w:numId="20" w16cid:durableId="82189582">
    <w:abstractNumId w:val="18"/>
  </w:num>
  <w:num w:numId="21" w16cid:durableId="626399705">
    <w:abstractNumId w:val="19"/>
  </w:num>
  <w:num w:numId="22" w16cid:durableId="1577938526">
    <w:abstractNumId w:val="21"/>
  </w:num>
  <w:num w:numId="23" w16cid:durableId="1277712016">
    <w:abstractNumId w:val="20"/>
  </w:num>
  <w:num w:numId="24" w16cid:durableId="1248270582">
    <w:abstractNumId w:val="13"/>
  </w:num>
  <w:num w:numId="25" w16cid:durableId="1057558097">
    <w:abstractNumId w:val="16"/>
  </w:num>
  <w:num w:numId="26" w16cid:durableId="3717324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496E"/>
    <w:rsid w:val="002F79C6"/>
    <w:rsid w:val="00326F90"/>
    <w:rsid w:val="0065650F"/>
    <w:rsid w:val="0073415A"/>
    <w:rsid w:val="008005E3"/>
    <w:rsid w:val="00A743CB"/>
    <w:rsid w:val="00AA1D8D"/>
    <w:rsid w:val="00B47730"/>
    <w:rsid w:val="00BD2F1E"/>
    <w:rsid w:val="00CB0664"/>
    <w:rsid w:val="00F336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72031C"/>
  <w14:defaultImageDpi w14:val="300"/>
  <w15:docId w15:val="{AAD8D088-9A28-4F99-B9BF-38AD0C26D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7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666666"/>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A743CB"/>
    <w:pPr>
      <w:spacing w:before="100" w:beforeAutospacing="1" w:after="100" w:afterAutospacing="1" w:line="240" w:lineRule="auto"/>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20</Pages>
  <Words>4296</Words>
  <Characters>25051</Characters>
  <Application>Microsoft Office Word</Application>
  <DocSecurity>0</DocSecurity>
  <Lines>759</Lines>
  <Paragraphs>637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Joshua Mitchell</cp:lastModifiedBy>
  <cp:revision>2</cp:revision>
  <dcterms:created xsi:type="dcterms:W3CDTF">2026-04-08T18:59:00Z</dcterms:created>
  <dcterms:modified xsi:type="dcterms:W3CDTF">2026-04-08T18:59:00Z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5e561313-c49d-4616-a582-215b7afdd918</vt:lpwstr>
  </property>
</Properties>
</file>